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64231" w14:textId="77777777" w:rsidR="000857DB" w:rsidRDefault="00000000">
      <w:pPr>
        <w:pStyle w:val="KonuBal"/>
        <w:jc w:val="center"/>
      </w:pPr>
      <w:r>
        <w:t>Professional English-2</w:t>
      </w:r>
    </w:p>
    <w:p w14:paraId="2AA613F7" w14:textId="77777777" w:rsidR="000857DB" w:rsidRDefault="00000000">
      <w:pPr>
        <w:pStyle w:val="KonuBal"/>
        <w:jc w:val="center"/>
      </w:pPr>
      <w:r>
        <w:t>Module 9</w:t>
      </w:r>
    </w:p>
    <w:p w14:paraId="4058AD1E" w14:textId="77777777" w:rsidR="000857DB" w:rsidRDefault="00000000">
      <w:pPr>
        <w:jc w:val="center"/>
      </w:pPr>
      <w:r>
        <w:rPr>
          <w:b/>
          <w:color w:val="1F4E79"/>
          <w:sz w:val="28"/>
        </w:rPr>
        <w:t>Software Career Communication: CV, Portfolio, Cover Letter, and Interview English</w:t>
      </w:r>
    </w:p>
    <w:p w14:paraId="24F62F31" w14:textId="77777777" w:rsidR="000857DB" w:rsidRDefault="00000000">
      <w:r>
        <w:t>Bu modülde öğrenciler, yazılım mühendisliği alanında iş, staj veya proje başvurusu yaparken kullanabilecekleri temel İngilizce ifadeleri öğrenecektir. Amaç, öğrencilerin yalnızca teknik bilgiye sahip olması değil; bu teknik bilgiyi kısa, açık, profesyonel ve doğru biçimde İngilizce ifade edebilmesidir.</w:t>
      </w:r>
    </w:p>
    <w:p w14:paraId="137D35BB" w14:textId="77777777" w:rsidR="000857DB" w:rsidRDefault="00000000">
      <w:r>
        <w:t>Bu modül, Mesleki İngilizce 2 dersinin son modülü olarak tasarlanmıştır. Önceki modüllerde teknik metin okuma, e-posta yazma, toplantı dili, teknik raporlama, proje sunumu ve AI prompting konuları işlenmiştir. Bu modülde ise öğrenciler bu becerileri kariyer bağlamında bir araya getirir.</w:t>
      </w:r>
    </w:p>
    <w:p w14:paraId="458312FC" w14:textId="77777777" w:rsidR="000857DB" w:rsidRDefault="00000000">
      <w:pPr>
        <w:pStyle w:val="Balk2"/>
      </w:pPr>
      <w:r>
        <w:t>Bu modülde işlenecek temel konular</w:t>
      </w:r>
    </w:p>
    <w:p w14:paraId="507C3566" w14:textId="77777777" w:rsidR="000857DB" w:rsidRDefault="00000000">
      <w:pPr>
        <w:pStyle w:val="ListeMaddemi"/>
      </w:pPr>
      <w:r>
        <w:t>writing a short professional profile</w:t>
      </w:r>
    </w:p>
    <w:p w14:paraId="48195A74" w14:textId="77777777" w:rsidR="000857DB" w:rsidRDefault="00000000">
      <w:pPr>
        <w:pStyle w:val="ListeMaddemi"/>
      </w:pPr>
      <w:r>
        <w:t>describing technical skills clearly</w:t>
      </w:r>
    </w:p>
    <w:p w14:paraId="0FAFEA29" w14:textId="77777777" w:rsidR="000857DB" w:rsidRDefault="00000000">
      <w:pPr>
        <w:pStyle w:val="ListeMaddemi"/>
      </w:pPr>
      <w:r>
        <w:t>writing CV bullet points</w:t>
      </w:r>
    </w:p>
    <w:p w14:paraId="6AB6EE73" w14:textId="77777777" w:rsidR="000857DB" w:rsidRDefault="00000000">
      <w:pPr>
        <w:pStyle w:val="ListeMaddemi"/>
      </w:pPr>
      <w:r>
        <w:t>explaining software projects in a portfolio</w:t>
      </w:r>
    </w:p>
    <w:p w14:paraId="06E69D87" w14:textId="77777777" w:rsidR="000857DB" w:rsidRDefault="00000000">
      <w:pPr>
        <w:pStyle w:val="ListeMaddemi"/>
      </w:pPr>
      <w:r>
        <w:t>writing a short cover letter</w:t>
      </w:r>
    </w:p>
    <w:p w14:paraId="5835FF29" w14:textId="77777777" w:rsidR="000857DB" w:rsidRDefault="00000000">
      <w:pPr>
        <w:pStyle w:val="ListeMaddemi"/>
      </w:pPr>
      <w:r>
        <w:t>answering basic interview questions</w:t>
      </w:r>
    </w:p>
    <w:p w14:paraId="2A8AADCC" w14:textId="77777777" w:rsidR="000857DB" w:rsidRDefault="00000000">
      <w:pPr>
        <w:pStyle w:val="ListeMaddemi"/>
      </w:pPr>
      <w:r>
        <w:t>talking about strengths and limitations professionally</w:t>
      </w:r>
    </w:p>
    <w:p w14:paraId="253A4626" w14:textId="77777777" w:rsidR="000857DB" w:rsidRDefault="00000000">
      <w:pPr>
        <w:pStyle w:val="ListeMaddemi"/>
      </w:pPr>
      <w:r>
        <w:t>using clear, specific, and honest career language</w:t>
      </w:r>
    </w:p>
    <w:p w14:paraId="47A1EDE1" w14:textId="77777777" w:rsidR="000857DB" w:rsidRDefault="00000000">
      <w:pPr>
        <w:pStyle w:val="Balk2"/>
      </w:pPr>
      <w:r>
        <w:t>Bu dersin ana bileşenleri</w:t>
      </w:r>
    </w:p>
    <w:p w14:paraId="2A2FB4EB" w14:textId="77777777" w:rsidR="000857DB" w:rsidRDefault="00000000">
      <w:pPr>
        <w:pStyle w:val="ListeMaddemi"/>
      </w:pPr>
      <w:r>
        <w:t>Dil odağı: past simple, present simple, present perfect, action verbs, ability expressions, professional adjectives</w:t>
      </w:r>
    </w:p>
    <w:p w14:paraId="033C6F98" w14:textId="77777777" w:rsidR="000857DB" w:rsidRDefault="00000000">
      <w:pPr>
        <w:pStyle w:val="ListeMaddemi"/>
      </w:pPr>
      <w:r>
        <w:t>Kelime odağı: internship, position, candidate, experience, responsibility, skill, portfolio, repository, contribution, achievement, requirement, interview</w:t>
      </w:r>
    </w:p>
    <w:p w14:paraId="4091D3FD" w14:textId="77777777" w:rsidR="000857DB" w:rsidRDefault="00000000">
      <w:pPr>
        <w:pStyle w:val="ListeMaddemi"/>
      </w:pPr>
      <w:r>
        <w:t>Mesleki metinler: CV profile, project description, cover letter paragraph, interview answer</w:t>
      </w:r>
    </w:p>
    <w:p w14:paraId="357E6C7A" w14:textId="77777777" w:rsidR="000857DB" w:rsidRDefault="00000000">
      <w:pPr>
        <w:pStyle w:val="ListeMaddemi"/>
      </w:pPr>
      <w:r>
        <w:t>Uygulama: iyi ve zayıf CV cümlelerini ayırt etme, boşluk doldurma, eşleştirme, kısa çeviri, mülakat cevabı tamamlama, proje tanıtımı yazma</w:t>
      </w:r>
    </w:p>
    <w:p w14:paraId="4E144D73" w14:textId="77777777" w:rsidR="000857DB" w:rsidRDefault="00000000">
      <w:pPr>
        <w:pStyle w:val="Balk1"/>
      </w:pPr>
      <w:r>
        <w:t>BÖLÜM A: Professional Self-Introduction</w:t>
      </w:r>
    </w:p>
    <w:p w14:paraId="7BEC1967" w14:textId="77777777" w:rsidR="000857DB" w:rsidRDefault="00000000">
      <w:pPr>
        <w:pStyle w:val="Balk2"/>
      </w:pPr>
      <w:r>
        <w:t>A1) Profesyonel tanıtım nedir?</w:t>
      </w:r>
    </w:p>
    <w:p w14:paraId="2B978273" w14:textId="77777777" w:rsidR="000857DB" w:rsidRDefault="00000000">
      <w:r>
        <w:t>Professional self-introduction, bir kişinin eğitimini, becerilerini, ilgi alanlarını ve hedefini kısa ve düzenli biçimde anlatmasıdır. Yazılım mühendisliği öğrencileri bunu CV’de, LinkedIn profilinde, GitHub açıklamasında, staj başvurusunda veya iş görüşmesinde kullanabilir.</w:t>
      </w:r>
    </w:p>
    <w:p w14:paraId="6E743D55" w14:textId="77777777" w:rsidR="000857DB" w:rsidRDefault="00000000">
      <w:r>
        <w:t>Günlük tanıtım ile profesyonel tanıtım aynı değildir.</w:t>
      </w:r>
    </w:p>
    <w:p w14:paraId="7C61D19F" w14:textId="77777777" w:rsidR="000857DB" w:rsidRDefault="00000000">
      <w:r>
        <w:rPr>
          <w:b/>
        </w:rPr>
        <w:t>Günlük tanıtım:</w:t>
      </w:r>
    </w:p>
    <w:p w14:paraId="4FB3C8C2" w14:textId="77777777" w:rsidR="000857DB" w:rsidRDefault="00000000">
      <w:pPr>
        <w:pStyle w:val="Example"/>
      </w:pPr>
      <w:r>
        <w:t>Hi, I am Ali. I like computers and games.</w:t>
      </w:r>
    </w:p>
    <w:p w14:paraId="3F298807" w14:textId="77777777" w:rsidR="000857DB" w:rsidRDefault="00000000">
      <w:r>
        <w:rPr>
          <w:b/>
        </w:rPr>
        <w:t>Profesyonel tanıtım:</w:t>
      </w:r>
    </w:p>
    <w:p w14:paraId="37544E4F" w14:textId="77777777" w:rsidR="000857DB" w:rsidRDefault="00000000">
      <w:pPr>
        <w:pStyle w:val="Example"/>
      </w:pPr>
      <w:r>
        <w:lastRenderedPageBreak/>
        <w:t>I am a software engineering student interested in backend development, database systems, and software testing. I have developed small web applications using Node.js and MongoDB.</w:t>
      </w:r>
    </w:p>
    <w:p w14:paraId="384CF767" w14:textId="77777777" w:rsidR="000857DB" w:rsidRDefault="00000000">
      <w:r>
        <w:t>İkinci cümle daha profesyoneldir çünkü öğrencinin alanını, teknik ilgisini ve kullandığı teknolojileri açıkça belirtir.</w:t>
      </w:r>
    </w:p>
    <w:p w14:paraId="7BBC07ED" w14:textId="77777777" w:rsidR="000857DB" w:rsidRDefault="00000000">
      <w:pPr>
        <w:pStyle w:val="Balk2"/>
      </w:pPr>
      <w:r>
        <w:t>A2) İyi bir professional profile hangi bilgileri içermelidir?</w:t>
      </w:r>
    </w:p>
    <w:p w14:paraId="7789034F" w14:textId="77777777" w:rsidR="000857DB" w:rsidRDefault="00000000">
      <w:r>
        <w:t>Kısa bir professional profile genellikle şu bilgileri içerir:</w:t>
      </w:r>
    </w:p>
    <w:p w14:paraId="5E50E369" w14:textId="77777777" w:rsidR="000857DB" w:rsidRDefault="00000000">
      <w:pPr>
        <w:pStyle w:val="ListeNumaras"/>
      </w:pPr>
      <w:r>
        <w:t>Educational background</w:t>
      </w:r>
    </w:p>
    <w:p w14:paraId="60311AC5" w14:textId="77777777" w:rsidR="000857DB" w:rsidRDefault="00000000">
      <w:pPr>
        <w:pStyle w:val="ListeNumaras"/>
      </w:pPr>
      <w:r>
        <w:t>Technical interest</w:t>
      </w:r>
    </w:p>
    <w:p w14:paraId="56DCD96C" w14:textId="77777777" w:rsidR="000857DB" w:rsidRDefault="00000000">
      <w:pPr>
        <w:pStyle w:val="ListeNumaras"/>
      </w:pPr>
      <w:r>
        <w:t>Main skills or tools</w:t>
      </w:r>
    </w:p>
    <w:p w14:paraId="718DE69D" w14:textId="77777777" w:rsidR="000857DB" w:rsidRDefault="00000000">
      <w:pPr>
        <w:pStyle w:val="ListeNumaras"/>
      </w:pPr>
      <w:r>
        <w:t>Career goal or target area</w:t>
      </w:r>
    </w:p>
    <w:p w14:paraId="6BD501D4" w14:textId="77777777" w:rsidR="000857DB" w:rsidRDefault="00000000">
      <w:r>
        <w:rPr>
          <w:b/>
        </w:rPr>
        <w:t>Örnek:</w:t>
      </w:r>
    </w:p>
    <w:p w14:paraId="65B41853" w14:textId="77777777" w:rsidR="000857DB" w:rsidRDefault="00000000">
      <w:pPr>
        <w:pStyle w:val="Example"/>
      </w:pPr>
      <w:r>
        <w:t>I am a software engineering student with an interest in web development and software testing. I have experience with Java, Python, SQL, and basic REST API development. I enjoy solving technical problems and improving software quality. I am currently looking for an internship where I can improve my backend development skills.</w:t>
      </w:r>
    </w:p>
    <w:p w14:paraId="49162129" w14:textId="77777777" w:rsidR="000857DB" w:rsidRDefault="00000000">
      <w:r>
        <w:rPr>
          <w:b/>
        </w:rPr>
        <w:t>Bu metinde:</w:t>
      </w:r>
    </w:p>
    <w:p w14:paraId="71030925" w14:textId="77777777" w:rsidR="000857DB" w:rsidRDefault="00000000">
      <w:pPr>
        <w:pStyle w:val="ListeMaddemi"/>
      </w:pPr>
      <w:r>
        <w:t>Educational background: software engineering student</w:t>
      </w:r>
    </w:p>
    <w:p w14:paraId="1C82B5D2" w14:textId="77777777" w:rsidR="000857DB" w:rsidRDefault="00000000">
      <w:pPr>
        <w:pStyle w:val="ListeMaddemi"/>
      </w:pPr>
      <w:r>
        <w:t>Technical interest: web development and software testing</w:t>
      </w:r>
    </w:p>
    <w:p w14:paraId="5D8609FC" w14:textId="77777777" w:rsidR="000857DB" w:rsidRDefault="00000000">
      <w:pPr>
        <w:pStyle w:val="ListeMaddemi"/>
      </w:pPr>
      <w:r>
        <w:t>Skills/tools: Java, Python, SQL, REST API</w:t>
      </w:r>
    </w:p>
    <w:p w14:paraId="7A39FA6F" w14:textId="77777777" w:rsidR="000857DB" w:rsidRDefault="00000000">
      <w:pPr>
        <w:pStyle w:val="ListeMaddemi"/>
      </w:pPr>
      <w:r>
        <w:t>Goal: internship and backend development</w:t>
      </w:r>
    </w:p>
    <w:p w14:paraId="1D497820" w14:textId="77777777" w:rsidR="000857DB" w:rsidRDefault="00000000">
      <w:pPr>
        <w:pStyle w:val="Balk2"/>
      </w:pPr>
      <w:r>
        <w:t>A3) Zayıf ve iyi tanıtım karşılaştırması</w:t>
      </w:r>
    </w:p>
    <w:p w14:paraId="26922A95" w14:textId="77777777" w:rsidR="000857DB" w:rsidRDefault="00000000">
      <w:r>
        <w:rPr>
          <w:b/>
        </w:rPr>
        <w:t>Zayıf:</w:t>
      </w:r>
    </w:p>
    <w:p w14:paraId="5078707E" w14:textId="77777777" w:rsidR="000857DB" w:rsidRDefault="00000000">
      <w:pPr>
        <w:pStyle w:val="Example"/>
      </w:pPr>
      <w:r>
        <w:t>I am a student. I know software. I want a good job.</w:t>
      </w:r>
    </w:p>
    <w:p w14:paraId="37806DDC" w14:textId="77777777" w:rsidR="000857DB" w:rsidRDefault="00000000">
      <w:r>
        <w:rPr>
          <w:b/>
        </w:rPr>
        <w:t>Daha iyi:</w:t>
      </w:r>
    </w:p>
    <w:p w14:paraId="550373D4" w14:textId="77777777" w:rsidR="000857DB" w:rsidRDefault="00000000">
      <w:pPr>
        <w:pStyle w:val="Example"/>
      </w:pPr>
      <w:r>
        <w:t>I am a software engineering student interested in backend development and database systems. I have built small web applications using JavaScript, Node.js, and MongoDB. I am looking for an internship where I can contribute to real software projects and improve my practical skills.</w:t>
      </w:r>
    </w:p>
    <w:p w14:paraId="007F5CDE" w14:textId="77777777" w:rsidR="000857DB" w:rsidRDefault="00000000">
      <w:r>
        <w:rPr>
          <w:b/>
        </w:rPr>
        <w:t>Neden daha iyi?</w:t>
      </w:r>
    </w:p>
    <w:p w14:paraId="311A63C0" w14:textId="77777777" w:rsidR="000857DB" w:rsidRDefault="00000000">
      <w:pPr>
        <w:pStyle w:val="ListeMaddemi"/>
      </w:pPr>
      <w:r>
        <w:t>Daha spesifiktir.</w:t>
      </w:r>
    </w:p>
    <w:p w14:paraId="5C7191F1" w14:textId="77777777" w:rsidR="000857DB" w:rsidRDefault="00000000">
      <w:pPr>
        <w:pStyle w:val="ListeMaddemi"/>
      </w:pPr>
      <w:r>
        <w:t>Teknik alan belirtir.</w:t>
      </w:r>
    </w:p>
    <w:p w14:paraId="0BF8C40D" w14:textId="77777777" w:rsidR="000857DB" w:rsidRDefault="00000000">
      <w:pPr>
        <w:pStyle w:val="ListeMaddemi"/>
      </w:pPr>
      <w:r>
        <w:t>Kullanılan teknolojileri söyler.</w:t>
      </w:r>
    </w:p>
    <w:p w14:paraId="6185DB52" w14:textId="77777777" w:rsidR="000857DB" w:rsidRDefault="00000000">
      <w:pPr>
        <w:pStyle w:val="ListeMaddemi"/>
      </w:pPr>
      <w:r>
        <w:t>Hedefi açıkça ifade eder.</w:t>
      </w:r>
    </w:p>
    <w:p w14:paraId="673BC642" w14:textId="77777777" w:rsidR="000857DB" w:rsidRDefault="00000000">
      <w:pPr>
        <w:pStyle w:val="ListeMaddemi"/>
      </w:pPr>
      <w:r>
        <w:t>“good job” gibi genel ifadelerden kaçınır.</w:t>
      </w:r>
    </w:p>
    <w:p w14:paraId="7B31BA46" w14:textId="77777777" w:rsidR="000857DB" w:rsidRDefault="00000000">
      <w:pPr>
        <w:pStyle w:val="Balk2"/>
      </w:pPr>
      <w:r>
        <w:t>A4) Useful expressions</w:t>
      </w:r>
    </w:p>
    <w:p w14:paraId="3DC409A3" w14:textId="77777777" w:rsidR="000857DB" w:rsidRDefault="00000000">
      <w:pPr>
        <w:pStyle w:val="ListeMaddemi"/>
      </w:pPr>
      <w:r>
        <w:t>I am a software engineering student interested in...</w:t>
      </w:r>
    </w:p>
    <w:p w14:paraId="24B295F2" w14:textId="77777777" w:rsidR="000857DB" w:rsidRDefault="00000000">
      <w:pPr>
        <w:pStyle w:val="ListeMaddemi"/>
      </w:pPr>
      <w:r>
        <w:t>I have experience with...</w:t>
      </w:r>
    </w:p>
    <w:p w14:paraId="722F35AF" w14:textId="77777777" w:rsidR="000857DB" w:rsidRDefault="00000000">
      <w:pPr>
        <w:pStyle w:val="ListeMaddemi"/>
      </w:pPr>
      <w:r>
        <w:t>I have worked on...</w:t>
      </w:r>
    </w:p>
    <w:p w14:paraId="182B7370" w14:textId="77777777" w:rsidR="000857DB" w:rsidRDefault="00000000">
      <w:pPr>
        <w:pStyle w:val="ListeMaddemi"/>
      </w:pPr>
      <w:r>
        <w:t>I am familiar with...</w:t>
      </w:r>
    </w:p>
    <w:p w14:paraId="55F842B6" w14:textId="77777777" w:rsidR="000857DB" w:rsidRDefault="00000000">
      <w:pPr>
        <w:pStyle w:val="ListeMaddemi"/>
      </w:pPr>
      <w:r>
        <w:t>I developed a small application that...</w:t>
      </w:r>
    </w:p>
    <w:p w14:paraId="302434B5" w14:textId="77777777" w:rsidR="000857DB" w:rsidRDefault="00000000">
      <w:pPr>
        <w:pStyle w:val="ListeMaddemi"/>
      </w:pPr>
      <w:r>
        <w:lastRenderedPageBreak/>
        <w:t>I am currently looking for...</w:t>
      </w:r>
    </w:p>
    <w:p w14:paraId="7806CF81" w14:textId="77777777" w:rsidR="000857DB" w:rsidRDefault="00000000">
      <w:pPr>
        <w:pStyle w:val="ListeMaddemi"/>
      </w:pPr>
      <w:r>
        <w:t>My main interest is...</w:t>
      </w:r>
    </w:p>
    <w:p w14:paraId="38537A34" w14:textId="77777777" w:rsidR="000857DB" w:rsidRDefault="00000000">
      <w:pPr>
        <w:pStyle w:val="ListeMaddemi"/>
      </w:pPr>
      <w:r>
        <w:t>I would like to improve my skills in...</w:t>
      </w:r>
    </w:p>
    <w:p w14:paraId="7583FDEB" w14:textId="77777777" w:rsidR="000857DB" w:rsidRDefault="00000000">
      <w:pPr>
        <w:pStyle w:val="ExerciseTitle"/>
      </w:pPr>
      <w:r>
        <w:t>A5) Quick Check: Choose the better sentence</w:t>
      </w:r>
    </w:p>
    <w:p w14:paraId="63B12930" w14:textId="77777777" w:rsidR="000857DB" w:rsidRDefault="00000000">
      <w:r>
        <w:t xml:space="preserve">1. </w:t>
      </w:r>
    </w:p>
    <w:p w14:paraId="1E860A5B" w14:textId="77777777" w:rsidR="000857DB" w:rsidRDefault="00000000">
      <w:pPr>
        <w:pStyle w:val="Example"/>
      </w:pPr>
      <w:r>
        <w:t>A) I know coding.</w:t>
      </w:r>
    </w:p>
    <w:p w14:paraId="1747F876" w14:textId="77777777" w:rsidR="000857DB" w:rsidRDefault="00000000">
      <w:pPr>
        <w:pStyle w:val="Example"/>
      </w:pPr>
      <w:r>
        <w:t>B) I have experience with Java and basic object-oriented programming.</w:t>
      </w:r>
    </w:p>
    <w:p w14:paraId="3F139192" w14:textId="77777777" w:rsidR="000857DB" w:rsidRDefault="00000000">
      <w:r>
        <w:t xml:space="preserve">2. </w:t>
      </w:r>
    </w:p>
    <w:p w14:paraId="6CC46B8C" w14:textId="77777777" w:rsidR="000857DB" w:rsidRDefault="00000000">
      <w:pPr>
        <w:pStyle w:val="Example"/>
      </w:pPr>
      <w:r>
        <w:t>A) I want a nice job.</w:t>
      </w:r>
    </w:p>
    <w:p w14:paraId="465ECE13" w14:textId="77777777" w:rsidR="000857DB" w:rsidRDefault="00000000">
      <w:pPr>
        <w:pStyle w:val="Example"/>
      </w:pPr>
      <w:r>
        <w:t>B) I am looking for an internship in backend development.</w:t>
      </w:r>
    </w:p>
    <w:p w14:paraId="3E147E40" w14:textId="77777777" w:rsidR="000857DB" w:rsidRDefault="00000000">
      <w:r>
        <w:t xml:space="preserve">3. </w:t>
      </w:r>
    </w:p>
    <w:p w14:paraId="333C44CD" w14:textId="77777777" w:rsidR="000857DB" w:rsidRDefault="00000000">
      <w:pPr>
        <w:pStyle w:val="Example"/>
      </w:pPr>
      <w:r>
        <w:t>A) I made a project.</w:t>
      </w:r>
    </w:p>
    <w:p w14:paraId="2A28475D" w14:textId="77777777" w:rsidR="000857DB" w:rsidRDefault="00000000">
      <w:pPr>
        <w:pStyle w:val="Example"/>
      </w:pPr>
      <w:r>
        <w:t>B) I developed a web-based library management system using Node.js and MongoDB.</w:t>
      </w:r>
    </w:p>
    <w:p w14:paraId="66467AEC" w14:textId="77777777" w:rsidR="000857DB" w:rsidRDefault="00000000">
      <w:r>
        <w:t xml:space="preserve">4. </w:t>
      </w:r>
    </w:p>
    <w:p w14:paraId="38E69C28" w14:textId="77777777" w:rsidR="000857DB" w:rsidRDefault="00000000">
      <w:pPr>
        <w:pStyle w:val="Example"/>
      </w:pPr>
      <w:r>
        <w:t>A) I am good at computers.</w:t>
      </w:r>
    </w:p>
    <w:p w14:paraId="02017E01" w14:textId="77777777" w:rsidR="000857DB" w:rsidRDefault="00000000">
      <w:pPr>
        <w:pStyle w:val="Example"/>
      </w:pPr>
      <w:r>
        <w:t>B) I am interested in software testing, database systems, and API development.</w:t>
      </w:r>
    </w:p>
    <w:p w14:paraId="0E4BAD2E" w14:textId="77777777" w:rsidR="000857DB" w:rsidRDefault="00000000">
      <w:pPr>
        <w:pStyle w:val="Balk1"/>
      </w:pPr>
      <w:r>
        <w:t>BÖLÜM B: Describing Technical Skills</w:t>
      </w:r>
    </w:p>
    <w:p w14:paraId="083F75C3" w14:textId="77777777" w:rsidR="000857DB" w:rsidRDefault="00000000">
      <w:pPr>
        <w:pStyle w:val="Balk2"/>
      </w:pPr>
      <w:r>
        <w:t>B1) Teknik beceriler nasıl ifade edilir?</w:t>
      </w:r>
    </w:p>
    <w:p w14:paraId="05957F3A" w14:textId="77777777" w:rsidR="000857DB" w:rsidRDefault="00000000">
      <w:r>
        <w:t>CV veya iş görüşmesinde teknik beceriler açık ve doğru ifade edilmelidir. Öğrenci bilmediği bir teknolojiyi biliyormuş gibi göstermemelidir. Bunun yerine seviyesini doğru ifade etmelidir.</w:t>
      </w:r>
    </w:p>
    <w:p w14:paraId="533E8F30" w14:textId="77777777" w:rsidR="000857DB" w:rsidRDefault="00000000">
      <w:r>
        <w:rPr>
          <w:b/>
        </w:rPr>
        <w:t>Useful levels:</w:t>
      </w:r>
    </w:p>
    <w:p w14:paraId="22080A58" w14:textId="77777777" w:rsidR="000857DB" w:rsidRDefault="00000000">
      <w:pPr>
        <w:pStyle w:val="ListeMaddemi"/>
      </w:pPr>
      <w:r>
        <w:t>basic knowledge of</w:t>
      </w:r>
    </w:p>
    <w:p w14:paraId="298186A5" w14:textId="77777777" w:rsidR="000857DB" w:rsidRDefault="00000000">
      <w:pPr>
        <w:pStyle w:val="ListeMaddemi"/>
      </w:pPr>
      <w:r>
        <w:t>familiar with</w:t>
      </w:r>
    </w:p>
    <w:p w14:paraId="69173604" w14:textId="77777777" w:rsidR="000857DB" w:rsidRDefault="00000000">
      <w:pPr>
        <w:pStyle w:val="ListeMaddemi"/>
      </w:pPr>
      <w:r>
        <w:t>experience with</w:t>
      </w:r>
    </w:p>
    <w:p w14:paraId="3A801BA2" w14:textId="77777777" w:rsidR="000857DB" w:rsidRDefault="00000000">
      <w:pPr>
        <w:pStyle w:val="ListeMaddemi"/>
      </w:pPr>
      <w:r>
        <w:t>good understanding of</w:t>
      </w:r>
    </w:p>
    <w:p w14:paraId="5FB0EA12" w14:textId="77777777" w:rsidR="000857DB" w:rsidRDefault="00000000">
      <w:pPr>
        <w:pStyle w:val="ListeMaddemi"/>
      </w:pPr>
      <w:r>
        <w:t>strong knowledge of</w:t>
      </w:r>
    </w:p>
    <w:p w14:paraId="211094AD" w14:textId="77777777" w:rsidR="000857DB" w:rsidRDefault="00000000">
      <w:r>
        <w:rPr>
          <w:b/>
        </w:rPr>
        <w:t>Örnekler:</w:t>
      </w:r>
    </w:p>
    <w:p w14:paraId="1424660D" w14:textId="77777777" w:rsidR="000857DB" w:rsidRDefault="00000000">
      <w:pPr>
        <w:pStyle w:val="ListeMaddemi"/>
      </w:pPr>
      <w:r>
        <w:t>I have basic knowledge of Docker.</w:t>
      </w:r>
    </w:p>
    <w:p w14:paraId="536BB2D9" w14:textId="77777777" w:rsidR="000857DB" w:rsidRDefault="00000000">
      <w:pPr>
        <w:pStyle w:val="ListeMaddemi"/>
      </w:pPr>
      <w:r>
        <w:t>I am familiar with Git and GitHub.</w:t>
      </w:r>
    </w:p>
    <w:p w14:paraId="65B91C86" w14:textId="77777777" w:rsidR="000857DB" w:rsidRDefault="00000000">
      <w:pPr>
        <w:pStyle w:val="ListeMaddemi"/>
      </w:pPr>
      <w:r>
        <w:t>I have experience with SQL databases.</w:t>
      </w:r>
    </w:p>
    <w:p w14:paraId="09883DE3" w14:textId="77777777" w:rsidR="000857DB" w:rsidRDefault="00000000">
      <w:pPr>
        <w:pStyle w:val="ListeMaddemi"/>
      </w:pPr>
      <w:r>
        <w:t>I have a good understanding of object-oriented programming.</w:t>
      </w:r>
    </w:p>
    <w:p w14:paraId="4ABAF4F2" w14:textId="77777777" w:rsidR="000857DB" w:rsidRDefault="00000000">
      <w:pPr>
        <w:pStyle w:val="ListeMaddemi"/>
      </w:pPr>
      <w:r>
        <w:t>I have strong knowledge of Java programming.</w:t>
      </w:r>
    </w:p>
    <w:p w14:paraId="0153CCB2" w14:textId="77777777" w:rsidR="000857DB" w:rsidRDefault="00000000">
      <w:pPr>
        <w:pStyle w:val="Balk2"/>
      </w:pPr>
      <w:r>
        <w:t>B2) Dikkat edilmesi gereken nokta</w:t>
      </w:r>
    </w:p>
    <w:p w14:paraId="06E087E8" w14:textId="77777777" w:rsidR="000857DB" w:rsidRDefault="00000000">
      <w:r>
        <w:t>“Expert” kelimesi çok dikkatli kullanılmalıdır. Öğrenciler çoğu durumda “expert in Java” yerine daha ölçülü ifadeler kullanmalıdır.</w:t>
      </w:r>
    </w:p>
    <w:p w14:paraId="6ECA8E72" w14:textId="77777777" w:rsidR="000857DB" w:rsidRDefault="00000000">
      <w:r>
        <w:rPr>
          <w:b/>
        </w:rPr>
        <w:t>Zayıf:</w:t>
      </w:r>
    </w:p>
    <w:p w14:paraId="6BC79579" w14:textId="77777777" w:rsidR="000857DB" w:rsidRDefault="00000000">
      <w:pPr>
        <w:pStyle w:val="Example"/>
      </w:pPr>
      <w:r>
        <w:lastRenderedPageBreak/>
        <w:t>I am an expert in all programming languages.</w:t>
      </w:r>
    </w:p>
    <w:p w14:paraId="62BE3452" w14:textId="77777777" w:rsidR="000857DB" w:rsidRDefault="00000000">
      <w:r>
        <w:rPr>
          <w:b/>
        </w:rPr>
        <w:t>Daha iyi:</w:t>
      </w:r>
    </w:p>
    <w:p w14:paraId="35EA2740" w14:textId="77777777" w:rsidR="000857DB" w:rsidRDefault="00000000">
      <w:pPr>
        <w:pStyle w:val="Example"/>
      </w:pPr>
      <w:r>
        <w:t>I have experience with Java and Python, and I am familiar with JavaScript.</w:t>
      </w:r>
    </w:p>
    <w:p w14:paraId="72F08695" w14:textId="77777777" w:rsidR="000857DB" w:rsidRDefault="00000000">
      <w:pPr>
        <w:pStyle w:val="Balk2"/>
      </w:pPr>
      <w:r>
        <w:t>B3) Skill categories</w:t>
      </w:r>
    </w:p>
    <w:tbl>
      <w:tblPr>
        <w:tblStyle w:val="TabloKlavuzu"/>
        <w:tblW w:w="0" w:type="auto"/>
        <w:jc w:val="center"/>
        <w:tblLook w:val="04A0" w:firstRow="1" w:lastRow="0" w:firstColumn="1" w:lastColumn="0" w:noHBand="0" w:noVBand="1"/>
      </w:tblPr>
      <w:tblGrid>
        <w:gridCol w:w="4986"/>
        <w:gridCol w:w="4986"/>
      </w:tblGrid>
      <w:tr w:rsidR="000857DB" w14:paraId="173C35BB" w14:textId="77777777">
        <w:trPr>
          <w:jc w:val="center"/>
        </w:trPr>
        <w:tc>
          <w:tcPr>
            <w:tcW w:w="4986" w:type="dxa"/>
            <w:shd w:val="clear" w:color="auto" w:fill="D9EAF7"/>
            <w:vAlign w:val="center"/>
          </w:tcPr>
          <w:p w14:paraId="1067F526" w14:textId="77777777" w:rsidR="000857DB" w:rsidRDefault="00000000">
            <w:pPr>
              <w:spacing w:after="0"/>
            </w:pPr>
            <w:r>
              <w:rPr>
                <w:b/>
                <w:sz w:val="20"/>
              </w:rPr>
              <w:t>Category</w:t>
            </w:r>
          </w:p>
        </w:tc>
        <w:tc>
          <w:tcPr>
            <w:tcW w:w="4986" w:type="dxa"/>
            <w:shd w:val="clear" w:color="auto" w:fill="D9EAF7"/>
            <w:vAlign w:val="center"/>
          </w:tcPr>
          <w:p w14:paraId="7F345F62" w14:textId="77777777" w:rsidR="000857DB" w:rsidRDefault="00000000">
            <w:pPr>
              <w:spacing w:after="0"/>
            </w:pPr>
            <w:r>
              <w:rPr>
                <w:b/>
                <w:sz w:val="20"/>
              </w:rPr>
              <w:t>Examples</w:t>
            </w:r>
          </w:p>
        </w:tc>
      </w:tr>
      <w:tr w:rsidR="000857DB" w14:paraId="37023577" w14:textId="77777777">
        <w:trPr>
          <w:jc w:val="center"/>
        </w:trPr>
        <w:tc>
          <w:tcPr>
            <w:tcW w:w="4986" w:type="dxa"/>
            <w:vAlign w:val="center"/>
          </w:tcPr>
          <w:p w14:paraId="7BE5F59C" w14:textId="77777777" w:rsidR="000857DB" w:rsidRDefault="00000000">
            <w:pPr>
              <w:spacing w:after="0"/>
            </w:pPr>
            <w:r>
              <w:rPr>
                <w:sz w:val="20"/>
              </w:rPr>
              <w:t>Programming languages</w:t>
            </w:r>
          </w:p>
        </w:tc>
        <w:tc>
          <w:tcPr>
            <w:tcW w:w="4986" w:type="dxa"/>
            <w:vAlign w:val="center"/>
          </w:tcPr>
          <w:p w14:paraId="400C6818" w14:textId="77777777" w:rsidR="000857DB" w:rsidRDefault="00000000">
            <w:pPr>
              <w:spacing w:after="0"/>
            </w:pPr>
            <w:r>
              <w:rPr>
                <w:sz w:val="20"/>
              </w:rPr>
              <w:t>Java, Python, JavaScript, C#, C++</w:t>
            </w:r>
          </w:p>
        </w:tc>
      </w:tr>
      <w:tr w:rsidR="000857DB" w14:paraId="3E8FCAAE" w14:textId="77777777">
        <w:trPr>
          <w:jc w:val="center"/>
        </w:trPr>
        <w:tc>
          <w:tcPr>
            <w:tcW w:w="4986" w:type="dxa"/>
            <w:vAlign w:val="center"/>
          </w:tcPr>
          <w:p w14:paraId="6AC9DA6A" w14:textId="77777777" w:rsidR="000857DB" w:rsidRDefault="00000000">
            <w:pPr>
              <w:spacing w:after="0"/>
            </w:pPr>
            <w:r>
              <w:rPr>
                <w:sz w:val="20"/>
              </w:rPr>
              <w:t>Web technologies</w:t>
            </w:r>
          </w:p>
        </w:tc>
        <w:tc>
          <w:tcPr>
            <w:tcW w:w="4986" w:type="dxa"/>
            <w:vAlign w:val="center"/>
          </w:tcPr>
          <w:p w14:paraId="5CCCF996" w14:textId="77777777" w:rsidR="000857DB" w:rsidRDefault="00000000">
            <w:pPr>
              <w:spacing w:after="0"/>
            </w:pPr>
            <w:r>
              <w:rPr>
                <w:sz w:val="20"/>
              </w:rPr>
              <w:t>HTML, CSS, React, Node.js, Express.js</w:t>
            </w:r>
          </w:p>
        </w:tc>
      </w:tr>
      <w:tr w:rsidR="000857DB" w14:paraId="0CB335EA" w14:textId="77777777">
        <w:trPr>
          <w:jc w:val="center"/>
        </w:trPr>
        <w:tc>
          <w:tcPr>
            <w:tcW w:w="4986" w:type="dxa"/>
            <w:vAlign w:val="center"/>
          </w:tcPr>
          <w:p w14:paraId="2D5F5139" w14:textId="77777777" w:rsidR="000857DB" w:rsidRDefault="00000000">
            <w:pPr>
              <w:spacing w:after="0"/>
            </w:pPr>
            <w:r>
              <w:rPr>
                <w:sz w:val="20"/>
              </w:rPr>
              <w:t>Databases</w:t>
            </w:r>
          </w:p>
        </w:tc>
        <w:tc>
          <w:tcPr>
            <w:tcW w:w="4986" w:type="dxa"/>
            <w:vAlign w:val="center"/>
          </w:tcPr>
          <w:p w14:paraId="3CBBD3A5" w14:textId="77777777" w:rsidR="000857DB" w:rsidRDefault="00000000">
            <w:pPr>
              <w:spacing w:after="0"/>
            </w:pPr>
            <w:r>
              <w:rPr>
                <w:sz w:val="20"/>
              </w:rPr>
              <w:t>SQL, MySQL, PostgreSQL, MongoDB</w:t>
            </w:r>
          </w:p>
        </w:tc>
      </w:tr>
      <w:tr w:rsidR="000857DB" w14:paraId="18114454" w14:textId="77777777">
        <w:trPr>
          <w:jc w:val="center"/>
        </w:trPr>
        <w:tc>
          <w:tcPr>
            <w:tcW w:w="4986" w:type="dxa"/>
            <w:vAlign w:val="center"/>
          </w:tcPr>
          <w:p w14:paraId="522804BC" w14:textId="77777777" w:rsidR="000857DB" w:rsidRDefault="00000000">
            <w:pPr>
              <w:spacing w:after="0"/>
            </w:pPr>
            <w:r>
              <w:rPr>
                <w:sz w:val="20"/>
              </w:rPr>
              <w:t>Software tools</w:t>
            </w:r>
          </w:p>
        </w:tc>
        <w:tc>
          <w:tcPr>
            <w:tcW w:w="4986" w:type="dxa"/>
            <w:vAlign w:val="center"/>
          </w:tcPr>
          <w:p w14:paraId="644A7903" w14:textId="77777777" w:rsidR="000857DB" w:rsidRDefault="00000000">
            <w:pPr>
              <w:spacing w:after="0"/>
            </w:pPr>
            <w:r>
              <w:rPr>
                <w:sz w:val="20"/>
              </w:rPr>
              <w:t>Git, GitHub, Docker, Postman, Visual Studio Code</w:t>
            </w:r>
          </w:p>
        </w:tc>
      </w:tr>
      <w:tr w:rsidR="000857DB" w14:paraId="32B97BBD" w14:textId="77777777">
        <w:trPr>
          <w:jc w:val="center"/>
        </w:trPr>
        <w:tc>
          <w:tcPr>
            <w:tcW w:w="4986" w:type="dxa"/>
            <w:vAlign w:val="center"/>
          </w:tcPr>
          <w:p w14:paraId="697714FE" w14:textId="77777777" w:rsidR="000857DB" w:rsidRDefault="00000000">
            <w:pPr>
              <w:spacing w:after="0"/>
            </w:pPr>
            <w:r>
              <w:rPr>
                <w:sz w:val="20"/>
              </w:rPr>
              <w:t>Software engineering skills</w:t>
            </w:r>
          </w:p>
        </w:tc>
        <w:tc>
          <w:tcPr>
            <w:tcW w:w="4986" w:type="dxa"/>
            <w:vAlign w:val="center"/>
          </w:tcPr>
          <w:p w14:paraId="186D433F" w14:textId="77777777" w:rsidR="000857DB" w:rsidRDefault="00000000">
            <w:pPr>
              <w:spacing w:after="0"/>
            </w:pPr>
            <w:r>
              <w:rPr>
                <w:sz w:val="20"/>
              </w:rPr>
              <w:t>software testing, debugging, API development, database design, documentation, version control, problem solving</w:t>
            </w:r>
          </w:p>
        </w:tc>
      </w:tr>
    </w:tbl>
    <w:p w14:paraId="10CCCFD0" w14:textId="77777777" w:rsidR="000857DB" w:rsidRDefault="000857DB"/>
    <w:p w14:paraId="1C4D2359" w14:textId="77777777" w:rsidR="000857DB" w:rsidRDefault="00000000">
      <w:pPr>
        <w:pStyle w:val="ExerciseTitle"/>
      </w:pPr>
      <w:r>
        <w:t>B4) Fill in the blanks</w:t>
      </w:r>
    </w:p>
    <w:p w14:paraId="5651DD6E" w14:textId="77777777" w:rsidR="000857DB" w:rsidRDefault="00000000">
      <w:r>
        <w:t>Use the words: familiar, experience, basic, strong, interested</w:t>
      </w:r>
    </w:p>
    <w:p w14:paraId="1DA8A579" w14:textId="77777777" w:rsidR="000857DB" w:rsidRDefault="00000000">
      <w:r>
        <w:t>1. I have ______ knowledge of Docker.</w:t>
      </w:r>
    </w:p>
    <w:p w14:paraId="69E0C4A2" w14:textId="77777777" w:rsidR="000857DB" w:rsidRDefault="00000000">
      <w:r>
        <w:t>2. I am ______ with Git and GitHub.</w:t>
      </w:r>
    </w:p>
    <w:p w14:paraId="6EE46519" w14:textId="77777777" w:rsidR="000857DB" w:rsidRDefault="00000000">
      <w:r>
        <w:t>3. I have ______ with SQL databases.</w:t>
      </w:r>
    </w:p>
    <w:p w14:paraId="4B075FA6" w14:textId="77777777" w:rsidR="000857DB" w:rsidRDefault="00000000">
      <w:r>
        <w:t>4. I have a ______ understanding of object-oriented programming.</w:t>
      </w:r>
    </w:p>
    <w:p w14:paraId="74ED4EF9" w14:textId="77777777" w:rsidR="000857DB" w:rsidRDefault="00000000">
      <w:r>
        <w:t>5. I am ______ in backend development.</w:t>
      </w:r>
    </w:p>
    <w:p w14:paraId="4EFBA755" w14:textId="77777777" w:rsidR="000857DB" w:rsidRDefault="00000000">
      <w:pPr>
        <w:pStyle w:val="ExerciseTitle"/>
      </w:pPr>
      <w:r>
        <w:t>B5) Match the expression with the meaning</w:t>
      </w:r>
    </w:p>
    <w:tbl>
      <w:tblPr>
        <w:tblStyle w:val="TabloKlavuzu"/>
        <w:tblW w:w="0" w:type="auto"/>
        <w:jc w:val="center"/>
        <w:tblLook w:val="04A0" w:firstRow="1" w:lastRow="0" w:firstColumn="1" w:lastColumn="0" w:noHBand="0" w:noVBand="1"/>
      </w:tblPr>
      <w:tblGrid>
        <w:gridCol w:w="4986"/>
        <w:gridCol w:w="4986"/>
      </w:tblGrid>
      <w:tr w:rsidR="000857DB" w14:paraId="624556B9" w14:textId="77777777">
        <w:trPr>
          <w:jc w:val="center"/>
        </w:trPr>
        <w:tc>
          <w:tcPr>
            <w:tcW w:w="4986" w:type="dxa"/>
            <w:shd w:val="clear" w:color="auto" w:fill="D9EAF7"/>
            <w:vAlign w:val="center"/>
          </w:tcPr>
          <w:p w14:paraId="274F51E7" w14:textId="77777777" w:rsidR="000857DB" w:rsidRDefault="00000000">
            <w:pPr>
              <w:spacing w:after="0"/>
            </w:pPr>
            <w:r>
              <w:rPr>
                <w:b/>
                <w:sz w:val="20"/>
              </w:rPr>
              <w:t>Expression</w:t>
            </w:r>
          </w:p>
        </w:tc>
        <w:tc>
          <w:tcPr>
            <w:tcW w:w="4986" w:type="dxa"/>
            <w:shd w:val="clear" w:color="auto" w:fill="D9EAF7"/>
            <w:vAlign w:val="center"/>
          </w:tcPr>
          <w:p w14:paraId="2905E595" w14:textId="77777777" w:rsidR="000857DB" w:rsidRDefault="00000000">
            <w:pPr>
              <w:spacing w:after="0"/>
            </w:pPr>
            <w:r>
              <w:rPr>
                <w:b/>
                <w:sz w:val="20"/>
              </w:rPr>
              <w:t>Meaning</w:t>
            </w:r>
          </w:p>
        </w:tc>
      </w:tr>
      <w:tr w:rsidR="000857DB" w14:paraId="6F576023" w14:textId="77777777">
        <w:trPr>
          <w:jc w:val="center"/>
        </w:trPr>
        <w:tc>
          <w:tcPr>
            <w:tcW w:w="4986" w:type="dxa"/>
            <w:vAlign w:val="center"/>
          </w:tcPr>
          <w:p w14:paraId="191CEFFE" w14:textId="77777777" w:rsidR="000857DB" w:rsidRDefault="00000000">
            <w:pPr>
              <w:spacing w:after="0"/>
            </w:pPr>
            <w:r>
              <w:rPr>
                <w:sz w:val="20"/>
              </w:rPr>
              <w:t>1. basic knowledge of</w:t>
            </w:r>
          </w:p>
        </w:tc>
        <w:tc>
          <w:tcPr>
            <w:tcW w:w="4986" w:type="dxa"/>
            <w:vAlign w:val="center"/>
          </w:tcPr>
          <w:p w14:paraId="062FB5A0" w14:textId="77777777" w:rsidR="000857DB" w:rsidRDefault="00000000">
            <w:pPr>
              <w:spacing w:after="0"/>
            </w:pPr>
            <w:r>
              <w:rPr>
                <w:sz w:val="20"/>
              </w:rPr>
              <w:t>a. I know it very well.</w:t>
            </w:r>
          </w:p>
        </w:tc>
      </w:tr>
      <w:tr w:rsidR="000857DB" w14:paraId="35B31D58" w14:textId="77777777">
        <w:trPr>
          <w:jc w:val="center"/>
        </w:trPr>
        <w:tc>
          <w:tcPr>
            <w:tcW w:w="4986" w:type="dxa"/>
            <w:vAlign w:val="center"/>
          </w:tcPr>
          <w:p w14:paraId="06101495" w14:textId="77777777" w:rsidR="000857DB" w:rsidRDefault="00000000">
            <w:pPr>
              <w:spacing w:after="0"/>
            </w:pPr>
            <w:r>
              <w:rPr>
                <w:sz w:val="20"/>
              </w:rPr>
              <w:t>2. familiar with</w:t>
            </w:r>
          </w:p>
        </w:tc>
        <w:tc>
          <w:tcPr>
            <w:tcW w:w="4986" w:type="dxa"/>
            <w:vAlign w:val="center"/>
          </w:tcPr>
          <w:p w14:paraId="31F240F7" w14:textId="77777777" w:rsidR="000857DB" w:rsidRDefault="00000000">
            <w:pPr>
              <w:spacing w:after="0"/>
            </w:pPr>
            <w:r>
              <w:rPr>
                <w:sz w:val="20"/>
              </w:rPr>
              <w:t>b. I want to learn or work more in this area.</w:t>
            </w:r>
          </w:p>
        </w:tc>
      </w:tr>
      <w:tr w:rsidR="000857DB" w14:paraId="7F37EED7" w14:textId="77777777">
        <w:trPr>
          <w:jc w:val="center"/>
        </w:trPr>
        <w:tc>
          <w:tcPr>
            <w:tcW w:w="4986" w:type="dxa"/>
            <w:vAlign w:val="center"/>
          </w:tcPr>
          <w:p w14:paraId="33799C1A" w14:textId="77777777" w:rsidR="000857DB" w:rsidRDefault="00000000">
            <w:pPr>
              <w:spacing w:after="0"/>
            </w:pPr>
            <w:r>
              <w:rPr>
                <w:sz w:val="20"/>
              </w:rPr>
              <w:t>3. experience with</w:t>
            </w:r>
          </w:p>
        </w:tc>
        <w:tc>
          <w:tcPr>
            <w:tcW w:w="4986" w:type="dxa"/>
            <w:vAlign w:val="center"/>
          </w:tcPr>
          <w:p w14:paraId="5B6650D5" w14:textId="77777777" w:rsidR="000857DB" w:rsidRDefault="00000000">
            <w:pPr>
              <w:spacing w:after="0"/>
            </w:pPr>
            <w:r>
              <w:rPr>
                <w:sz w:val="20"/>
              </w:rPr>
              <w:t>c. I know the main idea but I am still learning.</w:t>
            </w:r>
          </w:p>
        </w:tc>
      </w:tr>
      <w:tr w:rsidR="000857DB" w14:paraId="35F34B0A" w14:textId="77777777">
        <w:trPr>
          <w:jc w:val="center"/>
        </w:trPr>
        <w:tc>
          <w:tcPr>
            <w:tcW w:w="4986" w:type="dxa"/>
            <w:vAlign w:val="center"/>
          </w:tcPr>
          <w:p w14:paraId="1FD2AACA" w14:textId="77777777" w:rsidR="000857DB" w:rsidRDefault="00000000">
            <w:pPr>
              <w:spacing w:after="0"/>
            </w:pPr>
            <w:r>
              <w:rPr>
                <w:sz w:val="20"/>
              </w:rPr>
              <w:t>4. strong knowledge of</w:t>
            </w:r>
          </w:p>
        </w:tc>
        <w:tc>
          <w:tcPr>
            <w:tcW w:w="4986" w:type="dxa"/>
            <w:vAlign w:val="center"/>
          </w:tcPr>
          <w:p w14:paraId="6FEEC472" w14:textId="77777777" w:rsidR="000857DB" w:rsidRDefault="00000000">
            <w:pPr>
              <w:spacing w:after="0"/>
            </w:pPr>
            <w:r>
              <w:rPr>
                <w:sz w:val="20"/>
              </w:rPr>
              <w:t>d. I have used it before.</w:t>
            </w:r>
          </w:p>
        </w:tc>
      </w:tr>
      <w:tr w:rsidR="000857DB" w14:paraId="25E1E352" w14:textId="77777777">
        <w:trPr>
          <w:jc w:val="center"/>
        </w:trPr>
        <w:tc>
          <w:tcPr>
            <w:tcW w:w="4986" w:type="dxa"/>
            <w:vAlign w:val="center"/>
          </w:tcPr>
          <w:p w14:paraId="5192A1C3" w14:textId="77777777" w:rsidR="000857DB" w:rsidRDefault="00000000">
            <w:pPr>
              <w:spacing w:after="0"/>
            </w:pPr>
            <w:r>
              <w:rPr>
                <w:sz w:val="20"/>
              </w:rPr>
              <w:t>5. interested in</w:t>
            </w:r>
          </w:p>
        </w:tc>
        <w:tc>
          <w:tcPr>
            <w:tcW w:w="4986" w:type="dxa"/>
            <w:vAlign w:val="center"/>
          </w:tcPr>
          <w:p w14:paraId="01549B99" w14:textId="77777777" w:rsidR="000857DB" w:rsidRDefault="00000000">
            <w:pPr>
              <w:spacing w:after="0"/>
            </w:pPr>
            <w:r>
              <w:rPr>
                <w:sz w:val="20"/>
              </w:rPr>
              <w:t>e. I know something about it.</w:t>
            </w:r>
          </w:p>
        </w:tc>
      </w:tr>
    </w:tbl>
    <w:p w14:paraId="65DA971B" w14:textId="77777777" w:rsidR="000857DB" w:rsidRDefault="000857DB"/>
    <w:p w14:paraId="0DE3D5BE" w14:textId="77777777" w:rsidR="000857DB" w:rsidRDefault="00000000">
      <w:pPr>
        <w:pStyle w:val="Balk1"/>
      </w:pPr>
      <w:r>
        <w:t>BÖLÜM C: Writing CV Bullet Points</w:t>
      </w:r>
    </w:p>
    <w:p w14:paraId="788B9D9B" w14:textId="77777777" w:rsidR="000857DB" w:rsidRDefault="00000000">
      <w:pPr>
        <w:pStyle w:val="Balk2"/>
      </w:pPr>
      <w:r>
        <w:t>C1) CV bullet point nedir?</w:t>
      </w:r>
    </w:p>
    <w:p w14:paraId="1F2A3D5E" w14:textId="77777777" w:rsidR="000857DB" w:rsidRDefault="00000000">
      <w:r>
        <w:t>CV bullet point, kişinin yaptığı işi, kullandığı aracı ve sonucu kısa biçimde anlatan madde cümlesidir. İyi bir CV maddesi yalnızca “I did something” demez; ne yapıldığını ve neden önemli olduğunu açıkça gösterir.</w:t>
      </w:r>
    </w:p>
    <w:p w14:paraId="328114F1" w14:textId="77777777" w:rsidR="000857DB" w:rsidRDefault="00000000">
      <w:r>
        <w:rPr>
          <w:b/>
        </w:rPr>
        <w:t>Zayıf:</w:t>
      </w:r>
    </w:p>
    <w:p w14:paraId="1D0D3A91" w14:textId="77777777" w:rsidR="000857DB" w:rsidRDefault="00000000">
      <w:pPr>
        <w:pStyle w:val="Example"/>
      </w:pPr>
      <w:r>
        <w:t>I made a website.</w:t>
      </w:r>
    </w:p>
    <w:p w14:paraId="1F8C9E6D" w14:textId="77777777" w:rsidR="000857DB" w:rsidRDefault="00000000">
      <w:r>
        <w:rPr>
          <w:b/>
        </w:rPr>
        <w:t>Daha iyi:</w:t>
      </w:r>
    </w:p>
    <w:p w14:paraId="70A67597" w14:textId="77777777" w:rsidR="000857DB" w:rsidRDefault="00000000">
      <w:pPr>
        <w:pStyle w:val="Example"/>
      </w:pPr>
      <w:r>
        <w:t>Developed a responsive website for a student club using HTML, CSS, and JavaScript.</w:t>
      </w:r>
    </w:p>
    <w:p w14:paraId="3CFA1253" w14:textId="77777777" w:rsidR="000857DB" w:rsidRDefault="00000000">
      <w:r>
        <w:rPr>
          <w:b/>
        </w:rPr>
        <w:t>Daha güçlü:</w:t>
      </w:r>
    </w:p>
    <w:p w14:paraId="609DC65A" w14:textId="77777777" w:rsidR="000857DB" w:rsidRDefault="00000000">
      <w:pPr>
        <w:pStyle w:val="Example"/>
      </w:pPr>
      <w:r>
        <w:lastRenderedPageBreak/>
        <w:t>Developed a responsive student club website using HTML, CSS, and JavaScript, improving access to event information.</w:t>
      </w:r>
    </w:p>
    <w:p w14:paraId="1FCF607C" w14:textId="77777777" w:rsidR="000857DB" w:rsidRDefault="00000000">
      <w:pPr>
        <w:pStyle w:val="Balk2"/>
      </w:pPr>
      <w:r>
        <w:t>C2) CV bullet point formülü</w:t>
      </w:r>
    </w:p>
    <w:p w14:paraId="71B53D33" w14:textId="77777777" w:rsidR="000857DB" w:rsidRDefault="00000000">
      <w:r>
        <w:t>Action verb + task/project + tool/technology + result/purpose</w:t>
      </w:r>
    </w:p>
    <w:p w14:paraId="50F9CAA8" w14:textId="77777777" w:rsidR="000857DB" w:rsidRDefault="00000000">
      <w:r>
        <w:rPr>
          <w:b/>
        </w:rPr>
        <w:t>Örnek:</w:t>
      </w:r>
    </w:p>
    <w:p w14:paraId="19E0760F" w14:textId="77777777" w:rsidR="000857DB" w:rsidRDefault="00000000">
      <w:pPr>
        <w:pStyle w:val="Example"/>
      </w:pPr>
      <w:r>
        <w:t>Developed a task management application using Node.js and MongoDB to help users create, update, and track tasks.</w:t>
      </w:r>
    </w:p>
    <w:p w14:paraId="531DEDEC" w14:textId="77777777" w:rsidR="000857DB" w:rsidRDefault="00000000">
      <w:r>
        <w:rPr>
          <w:b/>
        </w:rPr>
        <w:t>Bu cümlede:</w:t>
      </w:r>
    </w:p>
    <w:p w14:paraId="3E3D53B9" w14:textId="77777777" w:rsidR="000857DB" w:rsidRDefault="00000000">
      <w:pPr>
        <w:pStyle w:val="ListeMaddemi"/>
      </w:pPr>
      <w:r>
        <w:t>Action verb: Developed</w:t>
      </w:r>
    </w:p>
    <w:p w14:paraId="51C1A3A4" w14:textId="77777777" w:rsidR="000857DB" w:rsidRDefault="00000000">
      <w:pPr>
        <w:pStyle w:val="ListeMaddemi"/>
      </w:pPr>
      <w:r>
        <w:t>Task/project: task management application</w:t>
      </w:r>
    </w:p>
    <w:p w14:paraId="0CAFB6B4" w14:textId="77777777" w:rsidR="000857DB" w:rsidRDefault="00000000">
      <w:pPr>
        <w:pStyle w:val="ListeMaddemi"/>
      </w:pPr>
      <w:r>
        <w:t>Tool/technology: Node.js and MongoDB</w:t>
      </w:r>
    </w:p>
    <w:p w14:paraId="4C00CEFD" w14:textId="77777777" w:rsidR="000857DB" w:rsidRDefault="00000000">
      <w:pPr>
        <w:pStyle w:val="ListeMaddemi"/>
      </w:pPr>
      <w:r>
        <w:t>Result/purpose: help users create, update, and track tasks</w:t>
      </w:r>
    </w:p>
    <w:p w14:paraId="56119135" w14:textId="77777777" w:rsidR="000857DB" w:rsidRDefault="00000000">
      <w:pPr>
        <w:pStyle w:val="Balk2"/>
      </w:pPr>
      <w:r>
        <w:t>C3) Useful action verbs</w:t>
      </w:r>
    </w:p>
    <w:p w14:paraId="7AFC7B29" w14:textId="77777777" w:rsidR="000857DB" w:rsidRDefault="00000000">
      <w:pPr>
        <w:pStyle w:val="ListeMaddemi"/>
      </w:pPr>
      <w:r>
        <w:t>developed</w:t>
      </w:r>
    </w:p>
    <w:p w14:paraId="430DDD17" w14:textId="77777777" w:rsidR="000857DB" w:rsidRDefault="00000000">
      <w:pPr>
        <w:pStyle w:val="ListeMaddemi"/>
      </w:pPr>
      <w:r>
        <w:t>designed</w:t>
      </w:r>
    </w:p>
    <w:p w14:paraId="05E78550" w14:textId="77777777" w:rsidR="000857DB" w:rsidRDefault="00000000">
      <w:pPr>
        <w:pStyle w:val="ListeMaddemi"/>
      </w:pPr>
      <w:r>
        <w:t>implemented</w:t>
      </w:r>
    </w:p>
    <w:p w14:paraId="1DF20C41" w14:textId="77777777" w:rsidR="000857DB" w:rsidRDefault="00000000">
      <w:pPr>
        <w:pStyle w:val="ListeMaddemi"/>
      </w:pPr>
      <w:r>
        <w:t>created</w:t>
      </w:r>
    </w:p>
    <w:p w14:paraId="69CCEA4F" w14:textId="77777777" w:rsidR="000857DB" w:rsidRDefault="00000000">
      <w:pPr>
        <w:pStyle w:val="ListeMaddemi"/>
      </w:pPr>
      <w:r>
        <w:t>tested</w:t>
      </w:r>
    </w:p>
    <w:p w14:paraId="7545CA96" w14:textId="77777777" w:rsidR="000857DB" w:rsidRDefault="00000000">
      <w:pPr>
        <w:pStyle w:val="ListeMaddemi"/>
      </w:pPr>
      <w:r>
        <w:t>improved</w:t>
      </w:r>
    </w:p>
    <w:p w14:paraId="1179E04B" w14:textId="77777777" w:rsidR="000857DB" w:rsidRDefault="00000000">
      <w:pPr>
        <w:pStyle w:val="ListeMaddemi"/>
      </w:pPr>
      <w:r>
        <w:t>analyzed</w:t>
      </w:r>
    </w:p>
    <w:p w14:paraId="0B9E6435" w14:textId="77777777" w:rsidR="000857DB" w:rsidRDefault="00000000">
      <w:pPr>
        <w:pStyle w:val="ListeMaddemi"/>
      </w:pPr>
      <w:r>
        <w:t>documented</w:t>
      </w:r>
    </w:p>
    <w:p w14:paraId="5676F941" w14:textId="77777777" w:rsidR="000857DB" w:rsidRDefault="00000000">
      <w:pPr>
        <w:pStyle w:val="ListeMaddemi"/>
      </w:pPr>
      <w:r>
        <w:t>maintained</w:t>
      </w:r>
    </w:p>
    <w:p w14:paraId="2D450EB4" w14:textId="77777777" w:rsidR="000857DB" w:rsidRDefault="00000000">
      <w:pPr>
        <w:pStyle w:val="ListeMaddemi"/>
      </w:pPr>
      <w:r>
        <w:t>collaborated</w:t>
      </w:r>
    </w:p>
    <w:p w14:paraId="4D51CBEF" w14:textId="77777777" w:rsidR="000857DB" w:rsidRDefault="00000000">
      <w:pPr>
        <w:pStyle w:val="ListeMaddemi"/>
      </w:pPr>
      <w:r>
        <w:t>fixed</w:t>
      </w:r>
    </w:p>
    <w:p w14:paraId="560960AC" w14:textId="77777777" w:rsidR="000857DB" w:rsidRDefault="00000000">
      <w:pPr>
        <w:pStyle w:val="ListeMaddemi"/>
      </w:pPr>
      <w:r>
        <w:t>deployed</w:t>
      </w:r>
    </w:p>
    <w:p w14:paraId="40CE7FF3" w14:textId="77777777" w:rsidR="000857DB" w:rsidRDefault="00000000">
      <w:pPr>
        <w:pStyle w:val="ListeMaddemi"/>
      </w:pPr>
      <w:r>
        <w:t>integrated</w:t>
      </w:r>
    </w:p>
    <w:p w14:paraId="4D0F6278" w14:textId="77777777" w:rsidR="000857DB" w:rsidRDefault="00000000">
      <w:pPr>
        <w:pStyle w:val="ListeMaddemi"/>
      </w:pPr>
      <w:r>
        <w:t>reviewed</w:t>
      </w:r>
    </w:p>
    <w:p w14:paraId="62418396" w14:textId="77777777" w:rsidR="000857DB" w:rsidRDefault="00000000">
      <w:pPr>
        <w:pStyle w:val="Balk2"/>
      </w:pPr>
      <w:r>
        <w:t>C4) Examples for software engineering students</w:t>
      </w:r>
    </w:p>
    <w:p w14:paraId="06620436" w14:textId="77777777" w:rsidR="000857DB" w:rsidRDefault="00000000">
      <w:pPr>
        <w:pStyle w:val="ListeMaddemi"/>
      </w:pPr>
      <w:r>
        <w:t>Developed a simple calculator application using Java.</w:t>
      </w:r>
    </w:p>
    <w:p w14:paraId="7948429D" w14:textId="77777777" w:rsidR="000857DB" w:rsidRDefault="00000000">
      <w:pPr>
        <w:pStyle w:val="ListeMaddemi"/>
      </w:pPr>
      <w:r>
        <w:t>Designed a database schema for a library management system.</w:t>
      </w:r>
    </w:p>
    <w:p w14:paraId="6430674F" w14:textId="77777777" w:rsidR="000857DB" w:rsidRDefault="00000000">
      <w:pPr>
        <w:pStyle w:val="ListeMaddemi"/>
      </w:pPr>
      <w:r>
        <w:t>Implemented user login and registration features using Node.js and MongoDB.</w:t>
      </w:r>
    </w:p>
    <w:p w14:paraId="2FF83FA8" w14:textId="77777777" w:rsidR="000857DB" w:rsidRDefault="00000000">
      <w:pPr>
        <w:pStyle w:val="ListeMaddemi"/>
      </w:pPr>
      <w:r>
        <w:t>Tested login, registration, and password reset functions with basic test cases.</w:t>
      </w:r>
    </w:p>
    <w:p w14:paraId="61AED078" w14:textId="77777777" w:rsidR="000857DB" w:rsidRDefault="00000000">
      <w:pPr>
        <w:pStyle w:val="ListeMaddemi"/>
      </w:pPr>
      <w:r>
        <w:t>Documented API endpoints, request parameters, and response examples.</w:t>
      </w:r>
    </w:p>
    <w:p w14:paraId="0A806D87" w14:textId="77777777" w:rsidR="000857DB" w:rsidRDefault="00000000">
      <w:pPr>
        <w:pStyle w:val="ListeMaddemi"/>
      </w:pPr>
      <w:r>
        <w:t>Fixed form validation errors in a student information system.</w:t>
      </w:r>
    </w:p>
    <w:p w14:paraId="7BF69707" w14:textId="77777777" w:rsidR="000857DB" w:rsidRDefault="00000000">
      <w:pPr>
        <w:pStyle w:val="ListeMaddemi"/>
      </w:pPr>
      <w:r>
        <w:t>Collaborated with a team of three students to develop a web-based project.</w:t>
      </w:r>
    </w:p>
    <w:p w14:paraId="3E0CD038" w14:textId="77777777" w:rsidR="000857DB" w:rsidRDefault="00000000">
      <w:pPr>
        <w:pStyle w:val="ExerciseTitle"/>
      </w:pPr>
      <w:r>
        <w:t>C5) Choose the better CV bullet point</w:t>
      </w:r>
    </w:p>
    <w:p w14:paraId="0C9CC4BF" w14:textId="77777777" w:rsidR="000857DB" w:rsidRDefault="00000000">
      <w:r>
        <w:t xml:space="preserve">1. </w:t>
      </w:r>
    </w:p>
    <w:p w14:paraId="7534830A" w14:textId="77777777" w:rsidR="000857DB" w:rsidRDefault="00000000">
      <w:pPr>
        <w:pStyle w:val="Example"/>
      </w:pPr>
      <w:r>
        <w:t>A) Did project.</w:t>
      </w:r>
    </w:p>
    <w:p w14:paraId="7A94048D" w14:textId="77777777" w:rsidR="000857DB" w:rsidRDefault="00000000">
      <w:pPr>
        <w:pStyle w:val="Example"/>
      </w:pPr>
      <w:r>
        <w:t>B) Developed a web-based task tracking system using JavaScript and MongoDB.</w:t>
      </w:r>
    </w:p>
    <w:p w14:paraId="1B7F810C" w14:textId="77777777" w:rsidR="000857DB" w:rsidRDefault="00000000">
      <w:r>
        <w:lastRenderedPageBreak/>
        <w:t xml:space="preserve">2. </w:t>
      </w:r>
    </w:p>
    <w:p w14:paraId="05866B86" w14:textId="77777777" w:rsidR="000857DB" w:rsidRDefault="00000000">
      <w:pPr>
        <w:pStyle w:val="Example"/>
      </w:pPr>
      <w:r>
        <w:t>A) Worked with database.</w:t>
      </w:r>
    </w:p>
    <w:p w14:paraId="10D7B612" w14:textId="77777777" w:rsidR="000857DB" w:rsidRDefault="00000000">
      <w:pPr>
        <w:pStyle w:val="Example"/>
      </w:pPr>
      <w:r>
        <w:t>B) Designed SQL tables for users, products, and orders in an e-commerce project.</w:t>
      </w:r>
    </w:p>
    <w:p w14:paraId="3E708178" w14:textId="77777777" w:rsidR="000857DB" w:rsidRDefault="00000000">
      <w:r>
        <w:t xml:space="preserve">3. </w:t>
      </w:r>
    </w:p>
    <w:p w14:paraId="7D23A385" w14:textId="77777777" w:rsidR="000857DB" w:rsidRDefault="00000000">
      <w:pPr>
        <w:pStyle w:val="Example"/>
      </w:pPr>
      <w:r>
        <w:t>A) Helped team.</w:t>
      </w:r>
    </w:p>
    <w:p w14:paraId="5B4517BB" w14:textId="77777777" w:rsidR="000857DB" w:rsidRDefault="00000000">
      <w:pPr>
        <w:pStyle w:val="Example"/>
      </w:pPr>
      <w:r>
        <w:t>B) Collaborated with three team members to test and document a student information system.</w:t>
      </w:r>
    </w:p>
    <w:p w14:paraId="04AC48DD" w14:textId="77777777" w:rsidR="000857DB" w:rsidRDefault="00000000">
      <w:r>
        <w:t xml:space="preserve">4. </w:t>
      </w:r>
    </w:p>
    <w:p w14:paraId="6073F749" w14:textId="77777777" w:rsidR="000857DB" w:rsidRDefault="00000000">
      <w:pPr>
        <w:pStyle w:val="Example"/>
      </w:pPr>
      <w:r>
        <w:t>A) Fixed bugs.</w:t>
      </w:r>
    </w:p>
    <w:p w14:paraId="5BE2A3C7" w14:textId="77777777" w:rsidR="000857DB" w:rsidRDefault="00000000">
      <w:pPr>
        <w:pStyle w:val="Example"/>
      </w:pPr>
      <w:r>
        <w:t>B) Fixed form validation errors and improved user input control in the registration page.</w:t>
      </w:r>
    </w:p>
    <w:p w14:paraId="20B1F797" w14:textId="77777777" w:rsidR="000857DB" w:rsidRDefault="00000000">
      <w:pPr>
        <w:pStyle w:val="ExerciseTitle"/>
      </w:pPr>
      <w:r>
        <w:t>C6) Rewrite the weak bullet points</w:t>
      </w:r>
    </w:p>
    <w:p w14:paraId="66741DB7" w14:textId="77777777" w:rsidR="000857DB" w:rsidRDefault="00000000">
      <w:r>
        <w:t>Rewrite each weak sentence as a better CV bullet point.</w:t>
      </w:r>
    </w:p>
    <w:p w14:paraId="0FA4E8B9" w14:textId="77777777" w:rsidR="000857DB" w:rsidRDefault="00000000">
      <w:r>
        <w:t>1. I made an app.</w:t>
      </w:r>
    </w:p>
    <w:p w14:paraId="4480C29F" w14:textId="77777777" w:rsidR="000857DB" w:rsidRDefault="00000000">
      <w:r>
        <w:t>Better: ______________________________________________________________</w:t>
      </w:r>
    </w:p>
    <w:p w14:paraId="1AB71732" w14:textId="77777777" w:rsidR="000857DB" w:rsidRDefault="00000000">
      <w:r>
        <w:t>2. I know database.</w:t>
      </w:r>
    </w:p>
    <w:p w14:paraId="7D018CF0" w14:textId="77777777" w:rsidR="000857DB" w:rsidRDefault="00000000">
      <w:r>
        <w:t>Better: ______________________________________________________________</w:t>
      </w:r>
    </w:p>
    <w:p w14:paraId="3F88C0BC" w14:textId="77777777" w:rsidR="000857DB" w:rsidRDefault="00000000">
      <w:r>
        <w:t>3. I helped my friends in the project.</w:t>
      </w:r>
    </w:p>
    <w:p w14:paraId="7C56B559" w14:textId="77777777" w:rsidR="000857DB" w:rsidRDefault="00000000">
      <w:r>
        <w:t>Better: ______________________________________________________________</w:t>
      </w:r>
    </w:p>
    <w:p w14:paraId="25781B5C" w14:textId="77777777" w:rsidR="000857DB" w:rsidRDefault="00000000">
      <w:r>
        <w:t>4. I tested something.</w:t>
      </w:r>
    </w:p>
    <w:p w14:paraId="0BBE4E00" w14:textId="77777777" w:rsidR="000857DB" w:rsidRDefault="00000000">
      <w:r>
        <w:t>Better: ______________________________________________________________</w:t>
      </w:r>
    </w:p>
    <w:p w14:paraId="1EC3049C" w14:textId="77777777" w:rsidR="000857DB" w:rsidRDefault="00000000">
      <w:r>
        <w:t>5. I wrote API things.</w:t>
      </w:r>
    </w:p>
    <w:p w14:paraId="3A948766" w14:textId="77777777" w:rsidR="000857DB" w:rsidRDefault="00000000">
      <w:r>
        <w:t>Better: ______________________________________________________________</w:t>
      </w:r>
    </w:p>
    <w:p w14:paraId="6F1B2CC4" w14:textId="77777777" w:rsidR="000857DB" w:rsidRDefault="00000000">
      <w:pPr>
        <w:pStyle w:val="Balk1"/>
      </w:pPr>
      <w:r>
        <w:t>BÖLÜM D: Reading 1</w:t>
      </w:r>
    </w:p>
    <w:p w14:paraId="00915DCF" w14:textId="77777777" w:rsidR="000857DB" w:rsidRDefault="00000000">
      <w:pPr>
        <w:pStyle w:val="Balk2"/>
      </w:pPr>
      <w:r>
        <w:t>Reading 1: A Student Portfolio</w:t>
      </w:r>
    </w:p>
    <w:p w14:paraId="63C87263" w14:textId="77777777" w:rsidR="000857DB" w:rsidRDefault="00000000">
      <w:r>
        <w:t>A software portfolio is a collection of projects that shows a student’s skills, interests, and development experience. It may include GitHub repositories, screenshots, short project descriptions, demo videos, and links to live applications. A good portfolio does not need to include many projects. Instead, it should present a few projects clearly and explain what problem each project solves.</w:t>
      </w:r>
    </w:p>
    <w:p w14:paraId="1BD935E8" w14:textId="77777777" w:rsidR="000857DB" w:rsidRDefault="00000000">
      <w:r>
        <w:t>For example, a student may include a library management system, a task tracking application, and a simple API project. For each project, the student should explain the purpose, the technologies used, the main features, and the student’s own contribution. This is important because employers usually want to understand not only what the project does, but also what the student actually did.</w:t>
      </w:r>
    </w:p>
    <w:p w14:paraId="76F5C079" w14:textId="77777777" w:rsidR="000857DB" w:rsidRDefault="00000000">
      <w:r>
        <w:t>A weak portfolio only lists project names. A stronger portfolio gives short explanations, uses clear screenshots, and includes links to code or documentation. It also avoids exaggerated claims. If a project is a class assignment, the student can still include it, but the description should be honest and specific.</w:t>
      </w:r>
    </w:p>
    <w:p w14:paraId="4CE5CED4" w14:textId="77777777" w:rsidR="000857DB" w:rsidRDefault="00000000">
      <w:pPr>
        <w:pStyle w:val="ExerciseTitle"/>
      </w:pPr>
      <w:r>
        <w:t>D1) Quick Check: True / False</w:t>
      </w:r>
    </w:p>
    <w:p w14:paraId="273C7202" w14:textId="77777777" w:rsidR="000857DB" w:rsidRDefault="00000000">
      <w:r>
        <w:lastRenderedPageBreak/>
        <w:t>1. A software portfolio shows a student’s projects and skills.  (T / F)</w:t>
      </w:r>
    </w:p>
    <w:p w14:paraId="54EE8C25" w14:textId="77777777" w:rsidR="000857DB" w:rsidRDefault="00000000">
      <w:r>
        <w:t>2. A good portfolio must include at least fifty projects.  (T / F)</w:t>
      </w:r>
    </w:p>
    <w:p w14:paraId="5E8343FA" w14:textId="77777777" w:rsidR="000857DB" w:rsidRDefault="00000000">
      <w:r>
        <w:t>3. Each project description should explain the purpose and technologies used.  (T / F)</w:t>
      </w:r>
    </w:p>
    <w:p w14:paraId="6CD3B42C" w14:textId="77777777" w:rsidR="000857DB" w:rsidRDefault="00000000">
      <w:r>
        <w:t>4. Employers may want to know the student’s own contribution.  (T / F)</w:t>
      </w:r>
    </w:p>
    <w:p w14:paraId="10B3DA79" w14:textId="77777777" w:rsidR="000857DB" w:rsidRDefault="00000000">
      <w:r>
        <w:t>5. A portfolio should include exaggerated claims to impress employers.  (T / F)</w:t>
      </w:r>
    </w:p>
    <w:p w14:paraId="5ED10961" w14:textId="77777777" w:rsidR="000857DB" w:rsidRDefault="00000000">
      <w:pPr>
        <w:pStyle w:val="ExerciseTitle"/>
      </w:pPr>
      <w:r>
        <w:t>D2) Multiple Choice</w:t>
      </w:r>
    </w:p>
    <w:p w14:paraId="1461BBA3" w14:textId="77777777" w:rsidR="000857DB" w:rsidRDefault="00000000">
      <w:r>
        <w:t>1. What is the main purpose of a software portfolio?</w:t>
      </w:r>
    </w:p>
    <w:p w14:paraId="04681730" w14:textId="77777777" w:rsidR="000857DB" w:rsidRDefault="00000000">
      <w:pPr>
        <w:pStyle w:val="Example"/>
      </w:pPr>
      <w:r>
        <w:t>A) To hide the student’s projects</w:t>
      </w:r>
    </w:p>
    <w:p w14:paraId="284E3E0B" w14:textId="77777777" w:rsidR="000857DB" w:rsidRDefault="00000000">
      <w:pPr>
        <w:pStyle w:val="Example"/>
      </w:pPr>
      <w:r>
        <w:t>B) To show skills and project experience</w:t>
      </w:r>
    </w:p>
    <w:p w14:paraId="5CAEE8E9" w14:textId="77777777" w:rsidR="000857DB" w:rsidRDefault="00000000">
      <w:pPr>
        <w:pStyle w:val="Example"/>
      </w:pPr>
      <w:r>
        <w:t>C) To replace all interviews</w:t>
      </w:r>
    </w:p>
    <w:p w14:paraId="3D2A2656" w14:textId="77777777" w:rsidR="000857DB" w:rsidRDefault="00000000">
      <w:pPr>
        <w:pStyle w:val="Example"/>
      </w:pPr>
      <w:r>
        <w:t>D) To list only personal hobbies</w:t>
      </w:r>
    </w:p>
    <w:p w14:paraId="150D761B" w14:textId="77777777" w:rsidR="000857DB" w:rsidRDefault="00000000">
      <w:r>
        <w:t>2. Which item is useful in a portfolio?</w:t>
      </w:r>
    </w:p>
    <w:p w14:paraId="40789A83" w14:textId="77777777" w:rsidR="000857DB" w:rsidRDefault="00000000">
      <w:pPr>
        <w:pStyle w:val="Example"/>
      </w:pPr>
      <w:r>
        <w:t>A) GitHub repository link</w:t>
      </w:r>
    </w:p>
    <w:p w14:paraId="6DCC6FF9" w14:textId="77777777" w:rsidR="000857DB" w:rsidRDefault="00000000">
      <w:pPr>
        <w:pStyle w:val="Example"/>
      </w:pPr>
      <w:r>
        <w:t>B) Random song list</w:t>
      </w:r>
    </w:p>
    <w:p w14:paraId="56F0A23C" w14:textId="77777777" w:rsidR="000857DB" w:rsidRDefault="00000000">
      <w:pPr>
        <w:pStyle w:val="Example"/>
      </w:pPr>
      <w:r>
        <w:t>C) Unrelated family photo</w:t>
      </w:r>
    </w:p>
    <w:p w14:paraId="688CBE85" w14:textId="77777777" w:rsidR="000857DB" w:rsidRDefault="00000000">
      <w:pPr>
        <w:pStyle w:val="Example"/>
      </w:pPr>
      <w:r>
        <w:t>D) Private password list</w:t>
      </w:r>
    </w:p>
    <w:p w14:paraId="7A75F5A4" w14:textId="77777777" w:rsidR="000857DB" w:rsidRDefault="00000000">
      <w:r>
        <w:t>3. According to the text, a strong portfolio should</w:t>
      </w:r>
    </w:p>
    <w:p w14:paraId="1A5D820D" w14:textId="77777777" w:rsidR="000857DB" w:rsidRDefault="00000000">
      <w:pPr>
        <w:pStyle w:val="Example"/>
      </w:pPr>
      <w:r>
        <w:t>A) only list project names</w:t>
      </w:r>
    </w:p>
    <w:p w14:paraId="1052EEBD" w14:textId="77777777" w:rsidR="000857DB" w:rsidRDefault="00000000">
      <w:pPr>
        <w:pStyle w:val="Example"/>
      </w:pPr>
      <w:r>
        <w:t>B) explain projects clearly</w:t>
      </w:r>
    </w:p>
    <w:p w14:paraId="589D7D1C" w14:textId="77777777" w:rsidR="000857DB" w:rsidRDefault="00000000">
      <w:pPr>
        <w:pStyle w:val="Example"/>
      </w:pPr>
      <w:r>
        <w:t>C) avoid screenshots</w:t>
      </w:r>
    </w:p>
    <w:p w14:paraId="2CD57AB5" w14:textId="77777777" w:rsidR="000857DB" w:rsidRDefault="00000000">
      <w:pPr>
        <w:pStyle w:val="Example"/>
      </w:pPr>
      <w:r>
        <w:t>D) include false claims</w:t>
      </w:r>
    </w:p>
    <w:p w14:paraId="14D13BF0" w14:textId="77777777" w:rsidR="000857DB" w:rsidRDefault="00000000">
      <w:r>
        <w:t>4. Why should students explain their own contribution?</w:t>
      </w:r>
    </w:p>
    <w:p w14:paraId="39F512EC" w14:textId="77777777" w:rsidR="000857DB" w:rsidRDefault="00000000">
      <w:pPr>
        <w:pStyle w:val="Example"/>
      </w:pPr>
      <w:r>
        <w:t>A) Employers want to understand what the student actually did.</w:t>
      </w:r>
    </w:p>
    <w:p w14:paraId="09E3AC13" w14:textId="77777777" w:rsidR="000857DB" w:rsidRDefault="00000000">
      <w:pPr>
        <w:pStyle w:val="Example"/>
      </w:pPr>
      <w:r>
        <w:t>B) Employers do not read project descriptions.</w:t>
      </w:r>
    </w:p>
    <w:p w14:paraId="7E4CFB30" w14:textId="77777777" w:rsidR="000857DB" w:rsidRDefault="00000000">
      <w:pPr>
        <w:pStyle w:val="Example"/>
      </w:pPr>
      <w:r>
        <w:t>C) It makes the portfolio longer only.</w:t>
      </w:r>
    </w:p>
    <w:p w14:paraId="6A4D59AB" w14:textId="77777777" w:rsidR="000857DB" w:rsidRDefault="00000000">
      <w:pPr>
        <w:pStyle w:val="Example"/>
      </w:pPr>
      <w:r>
        <w:t>D) It removes the need for technical skills.</w:t>
      </w:r>
    </w:p>
    <w:p w14:paraId="3475F16E" w14:textId="77777777" w:rsidR="000857DB" w:rsidRDefault="00000000">
      <w:pPr>
        <w:pStyle w:val="ExerciseTitle"/>
      </w:pPr>
      <w:r>
        <w:t>D3) Vocabulary matching</w:t>
      </w:r>
    </w:p>
    <w:tbl>
      <w:tblPr>
        <w:tblStyle w:val="TabloKlavuzu"/>
        <w:tblW w:w="0" w:type="auto"/>
        <w:jc w:val="center"/>
        <w:tblLook w:val="04A0" w:firstRow="1" w:lastRow="0" w:firstColumn="1" w:lastColumn="0" w:noHBand="0" w:noVBand="1"/>
      </w:tblPr>
      <w:tblGrid>
        <w:gridCol w:w="4986"/>
        <w:gridCol w:w="4986"/>
      </w:tblGrid>
      <w:tr w:rsidR="000857DB" w14:paraId="700C93AD" w14:textId="77777777">
        <w:trPr>
          <w:jc w:val="center"/>
        </w:trPr>
        <w:tc>
          <w:tcPr>
            <w:tcW w:w="4986" w:type="dxa"/>
            <w:shd w:val="clear" w:color="auto" w:fill="D9EAF7"/>
            <w:vAlign w:val="center"/>
          </w:tcPr>
          <w:p w14:paraId="2BBBC98D" w14:textId="77777777" w:rsidR="000857DB" w:rsidRDefault="00000000">
            <w:pPr>
              <w:spacing w:after="0"/>
            </w:pPr>
            <w:r>
              <w:rPr>
                <w:b/>
                <w:sz w:val="20"/>
              </w:rPr>
              <w:t>Word</w:t>
            </w:r>
          </w:p>
        </w:tc>
        <w:tc>
          <w:tcPr>
            <w:tcW w:w="4986" w:type="dxa"/>
            <w:shd w:val="clear" w:color="auto" w:fill="D9EAF7"/>
            <w:vAlign w:val="center"/>
          </w:tcPr>
          <w:p w14:paraId="5E2FEFBA" w14:textId="77777777" w:rsidR="000857DB" w:rsidRDefault="00000000">
            <w:pPr>
              <w:spacing w:after="0"/>
            </w:pPr>
            <w:r>
              <w:rPr>
                <w:b/>
                <w:sz w:val="20"/>
              </w:rPr>
              <w:t>Meaning</w:t>
            </w:r>
          </w:p>
        </w:tc>
      </w:tr>
      <w:tr w:rsidR="000857DB" w14:paraId="3A964531" w14:textId="77777777">
        <w:trPr>
          <w:jc w:val="center"/>
        </w:trPr>
        <w:tc>
          <w:tcPr>
            <w:tcW w:w="4986" w:type="dxa"/>
            <w:vAlign w:val="center"/>
          </w:tcPr>
          <w:p w14:paraId="2D8A3D46" w14:textId="77777777" w:rsidR="000857DB" w:rsidRDefault="00000000">
            <w:pPr>
              <w:spacing w:after="0"/>
            </w:pPr>
            <w:r>
              <w:rPr>
                <w:sz w:val="20"/>
              </w:rPr>
              <w:t>1. portfolio</w:t>
            </w:r>
          </w:p>
        </w:tc>
        <w:tc>
          <w:tcPr>
            <w:tcW w:w="4986" w:type="dxa"/>
            <w:vAlign w:val="center"/>
          </w:tcPr>
          <w:p w14:paraId="2B5D6FC9" w14:textId="77777777" w:rsidR="000857DB" w:rsidRDefault="00000000">
            <w:pPr>
              <w:spacing w:after="0"/>
            </w:pPr>
            <w:r>
              <w:rPr>
                <w:sz w:val="20"/>
              </w:rPr>
              <w:t>a. a visual image of a screen</w:t>
            </w:r>
          </w:p>
        </w:tc>
      </w:tr>
      <w:tr w:rsidR="000857DB" w14:paraId="172CB4DB" w14:textId="77777777">
        <w:trPr>
          <w:jc w:val="center"/>
        </w:trPr>
        <w:tc>
          <w:tcPr>
            <w:tcW w:w="4986" w:type="dxa"/>
            <w:vAlign w:val="center"/>
          </w:tcPr>
          <w:p w14:paraId="31E9341B" w14:textId="77777777" w:rsidR="000857DB" w:rsidRDefault="00000000">
            <w:pPr>
              <w:spacing w:after="0"/>
            </w:pPr>
            <w:r>
              <w:rPr>
                <w:sz w:val="20"/>
              </w:rPr>
              <w:t>2. repository</w:t>
            </w:r>
          </w:p>
        </w:tc>
        <w:tc>
          <w:tcPr>
            <w:tcW w:w="4986" w:type="dxa"/>
            <w:vAlign w:val="center"/>
          </w:tcPr>
          <w:p w14:paraId="5A80B856" w14:textId="77777777" w:rsidR="000857DB" w:rsidRDefault="00000000">
            <w:pPr>
              <w:spacing w:after="0"/>
            </w:pPr>
            <w:r>
              <w:rPr>
                <w:sz w:val="20"/>
              </w:rPr>
              <w:t>b. a collection of projects or work samples</w:t>
            </w:r>
          </w:p>
        </w:tc>
      </w:tr>
      <w:tr w:rsidR="000857DB" w14:paraId="713862FB" w14:textId="77777777">
        <w:trPr>
          <w:jc w:val="center"/>
        </w:trPr>
        <w:tc>
          <w:tcPr>
            <w:tcW w:w="4986" w:type="dxa"/>
            <w:vAlign w:val="center"/>
          </w:tcPr>
          <w:p w14:paraId="2922E178" w14:textId="77777777" w:rsidR="000857DB" w:rsidRDefault="00000000">
            <w:pPr>
              <w:spacing w:after="0"/>
            </w:pPr>
            <w:r>
              <w:rPr>
                <w:sz w:val="20"/>
              </w:rPr>
              <w:t>3. screenshot</w:t>
            </w:r>
          </w:p>
        </w:tc>
        <w:tc>
          <w:tcPr>
            <w:tcW w:w="4986" w:type="dxa"/>
            <w:vAlign w:val="center"/>
          </w:tcPr>
          <w:p w14:paraId="3A307D01" w14:textId="77777777" w:rsidR="000857DB" w:rsidRDefault="00000000">
            <w:pPr>
              <w:spacing w:after="0"/>
            </w:pPr>
            <w:r>
              <w:rPr>
                <w:sz w:val="20"/>
              </w:rPr>
              <w:t>c. a function or part of a software system</w:t>
            </w:r>
          </w:p>
        </w:tc>
      </w:tr>
      <w:tr w:rsidR="000857DB" w14:paraId="3298C8A8" w14:textId="77777777">
        <w:trPr>
          <w:jc w:val="center"/>
        </w:trPr>
        <w:tc>
          <w:tcPr>
            <w:tcW w:w="4986" w:type="dxa"/>
            <w:vAlign w:val="center"/>
          </w:tcPr>
          <w:p w14:paraId="1B3A2C4D" w14:textId="77777777" w:rsidR="000857DB" w:rsidRDefault="00000000">
            <w:pPr>
              <w:spacing w:after="0"/>
            </w:pPr>
            <w:r>
              <w:rPr>
                <w:sz w:val="20"/>
              </w:rPr>
              <w:t>4. contribution</w:t>
            </w:r>
          </w:p>
        </w:tc>
        <w:tc>
          <w:tcPr>
            <w:tcW w:w="4986" w:type="dxa"/>
            <w:vAlign w:val="center"/>
          </w:tcPr>
          <w:p w14:paraId="21C235DB" w14:textId="77777777" w:rsidR="000857DB" w:rsidRDefault="00000000">
            <w:pPr>
              <w:spacing w:after="0"/>
            </w:pPr>
            <w:r>
              <w:rPr>
                <w:sz w:val="20"/>
              </w:rPr>
              <w:t>d. a place where code is stored</w:t>
            </w:r>
          </w:p>
        </w:tc>
      </w:tr>
      <w:tr w:rsidR="000857DB" w14:paraId="46BA18DF" w14:textId="77777777">
        <w:trPr>
          <w:jc w:val="center"/>
        </w:trPr>
        <w:tc>
          <w:tcPr>
            <w:tcW w:w="4986" w:type="dxa"/>
            <w:vAlign w:val="center"/>
          </w:tcPr>
          <w:p w14:paraId="2A56B46B" w14:textId="77777777" w:rsidR="000857DB" w:rsidRDefault="00000000">
            <w:pPr>
              <w:spacing w:after="0"/>
            </w:pPr>
            <w:r>
              <w:rPr>
                <w:sz w:val="20"/>
              </w:rPr>
              <w:t>5. feature</w:t>
            </w:r>
          </w:p>
        </w:tc>
        <w:tc>
          <w:tcPr>
            <w:tcW w:w="4986" w:type="dxa"/>
            <w:vAlign w:val="center"/>
          </w:tcPr>
          <w:p w14:paraId="5B54291D" w14:textId="77777777" w:rsidR="000857DB" w:rsidRDefault="00000000">
            <w:pPr>
              <w:spacing w:after="0"/>
            </w:pPr>
            <w:r>
              <w:rPr>
                <w:sz w:val="20"/>
              </w:rPr>
              <w:t>e. the part of the work done by a person</w:t>
            </w:r>
          </w:p>
        </w:tc>
      </w:tr>
    </w:tbl>
    <w:p w14:paraId="6C590CF5" w14:textId="77777777" w:rsidR="000857DB" w:rsidRDefault="000857DB"/>
    <w:p w14:paraId="2F530D10" w14:textId="77777777" w:rsidR="000857DB" w:rsidRDefault="00000000">
      <w:pPr>
        <w:pStyle w:val="Balk1"/>
      </w:pPr>
      <w:r>
        <w:lastRenderedPageBreak/>
        <w:t>BÖLÜM E: Describing Projects in a Portfolio</w:t>
      </w:r>
    </w:p>
    <w:p w14:paraId="2028F49C" w14:textId="77777777" w:rsidR="000857DB" w:rsidRDefault="00000000">
      <w:pPr>
        <w:pStyle w:val="Balk2"/>
      </w:pPr>
      <w:r>
        <w:t>E1) Project description structure</w:t>
      </w:r>
    </w:p>
    <w:p w14:paraId="5E3CB752" w14:textId="77777777" w:rsidR="000857DB" w:rsidRDefault="00000000">
      <w:r>
        <w:t>A short project description should answer four questions:</w:t>
      </w:r>
    </w:p>
    <w:p w14:paraId="5A51BCE6" w14:textId="77777777" w:rsidR="000857DB" w:rsidRDefault="00000000">
      <w:pPr>
        <w:pStyle w:val="ListeNumaras"/>
      </w:pPr>
      <w:r>
        <w:t>What is the project?</w:t>
      </w:r>
    </w:p>
    <w:p w14:paraId="0CC8A3EA" w14:textId="77777777" w:rsidR="000857DB" w:rsidRDefault="00000000">
      <w:pPr>
        <w:pStyle w:val="ListeNumaras"/>
      </w:pPr>
      <w:r>
        <w:t>What problem does it solve?</w:t>
      </w:r>
    </w:p>
    <w:p w14:paraId="0845121E" w14:textId="77777777" w:rsidR="000857DB" w:rsidRDefault="00000000">
      <w:pPr>
        <w:pStyle w:val="ListeNumaras"/>
      </w:pPr>
      <w:r>
        <w:t>What technologies were used?</w:t>
      </w:r>
    </w:p>
    <w:p w14:paraId="5CD4AEA9" w14:textId="77777777" w:rsidR="000857DB" w:rsidRDefault="00000000">
      <w:pPr>
        <w:pStyle w:val="ListeNumaras"/>
      </w:pPr>
      <w:r>
        <w:t>What was your contribution?</w:t>
      </w:r>
    </w:p>
    <w:p w14:paraId="663D7836" w14:textId="77777777" w:rsidR="000857DB" w:rsidRDefault="00000000">
      <w:pPr>
        <w:pStyle w:val="Balk2"/>
      </w:pPr>
      <w:r>
        <w:t>E2) Basic template</w:t>
      </w:r>
    </w:p>
    <w:tbl>
      <w:tblPr>
        <w:tblStyle w:val="TabloKlavuzu"/>
        <w:tblW w:w="0" w:type="auto"/>
        <w:jc w:val="center"/>
        <w:tblLook w:val="04A0" w:firstRow="1" w:lastRow="0" w:firstColumn="1" w:lastColumn="0" w:noHBand="0" w:noVBand="1"/>
      </w:tblPr>
      <w:tblGrid>
        <w:gridCol w:w="4986"/>
        <w:gridCol w:w="4986"/>
      </w:tblGrid>
      <w:tr w:rsidR="000857DB" w14:paraId="00D2C48D" w14:textId="77777777">
        <w:trPr>
          <w:jc w:val="center"/>
        </w:trPr>
        <w:tc>
          <w:tcPr>
            <w:tcW w:w="4986" w:type="dxa"/>
            <w:shd w:val="clear" w:color="auto" w:fill="D9EAF7"/>
            <w:vAlign w:val="center"/>
          </w:tcPr>
          <w:p w14:paraId="5F39A242" w14:textId="77777777" w:rsidR="000857DB" w:rsidRDefault="00000000">
            <w:pPr>
              <w:spacing w:after="0"/>
            </w:pPr>
            <w:r>
              <w:rPr>
                <w:b/>
                <w:sz w:val="20"/>
              </w:rPr>
              <w:t>Item</w:t>
            </w:r>
          </w:p>
        </w:tc>
        <w:tc>
          <w:tcPr>
            <w:tcW w:w="4986" w:type="dxa"/>
            <w:shd w:val="clear" w:color="auto" w:fill="D9EAF7"/>
            <w:vAlign w:val="center"/>
          </w:tcPr>
          <w:p w14:paraId="4112945F" w14:textId="77777777" w:rsidR="000857DB" w:rsidRDefault="00000000">
            <w:pPr>
              <w:spacing w:after="0"/>
            </w:pPr>
            <w:r>
              <w:rPr>
                <w:b/>
                <w:sz w:val="20"/>
              </w:rPr>
              <w:t>Your notes</w:t>
            </w:r>
          </w:p>
        </w:tc>
      </w:tr>
      <w:tr w:rsidR="000857DB" w14:paraId="0550AFDC" w14:textId="77777777">
        <w:trPr>
          <w:jc w:val="center"/>
        </w:trPr>
        <w:tc>
          <w:tcPr>
            <w:tcW w:w="4986" w:type="dxa"/>
            <w:vAlign w:val="center"/>
          </w:tcPr>
          <w:p w14:paraId="30CB0601" w14:textId="77777777" w:rsidR="000857DB" w:rsidRDefault="00000000">
            <w:pPr>
              <w:spacing w:after="0"/>
            </w:pPr>
            <w:r>
              <w:rPr>
                <w:sz w:val="20"/>
              </w:rPr>
              <w:t>Project name:</w:t>
            </w:r>
          </w:p>
        </w:tc>
        <w:tc>
          <w:tcPr>
            <w:tcW w:w="4986" w:type="dxa"/>
            <w:vAlign w:val="center"/>
          </w:tcPr>
          <w:p w14:paraId="77B2115A" w14:textId="77777777" w:rsidR="000857DB" w:rsidRDefault="000857DB">
            <w:pPr>
              <w:spacing w:after="0"/>
            </w:pPr>
          </w:p>
        </w:tc>
      </w:tr>
      <w:tr w:rsidR="000857DB" w14:paraId="31AAC40D" w14:textId="77777777">
        <w:trPr>
          <w:jc w:val="center"/>
        </w:trPr>
        <w:tc>
          <w:tcPr>
            <w:tcW w:w="4986" w:type="dxa"/>
            <w:vAlign w:val="center"/>
          </w:tcPr>
          <w:p w14:paraId="03773410" w14:textId="77777777" w:rsidR="000857DB" w:rsidRDefault="00000000">
            <w:pPr>
              <w:spacing w:after="0"/>
            </w:pPr>
            <w:r>
              <w:rPr>
                <w:sz w:val="20"/>
              </w:rPr>
              <w:t>Purpose:</w:t>
            </w:r>
          </w:p>
        </w:tc>
        <w:tc>
          <w:tcPr>
            <w:tcW w:w="4986" w:type="dxa"/>
            <w:vAlign w:val="center"/>
          </w:tcPr>
          <w:p w14:paraId="0F14F294" w14:textId="77777777" w:rsidR="000857DB" w:rsidRDefault="000857DB">
            <w:pPr>
              <w:spacing w:after="0"/>
            </w:pPr>
          </w:p>
        </w:tc>
      </w:tr>
      <w:tr w:rsidR="000857DB" w14:paraId="6CC7906B" w14:textId="77777777">
        <w:trPr>
          <w:jc w:val="center"/>
        </w:trPr>
        <w:tc>
          <w:tcPr>
            <w:tcW w:w="4986" w:type="dxa"/>
            <w:vAlign w:val="center"/>
          </w:tcPr>
          <w:p w14:paraId="7F2FE79B" w14:textId="77777777" w:rsidR="000857DB" w:rsidRDefault="00000000">
            <w:pPr>
              <w:spacing w:after="0"/>
            </w:pPr>
            <w:r>
              <w:rPr>
                <w:sz w:val="20"/>
              </w:rPr>
              <w:t>Technologies:</w:t>
            </w:r>
          </w:p>
        </w:tc>
        <w:tc>
          <w:tcPr>
            <w:tcW w:w="4986" w:type="dxa"/>
            <w:vAlign w:val="center"/>
          </w:tcPr>
          <w:p w14:paraId="6BD5310C" w14:textId="77777777" w:rsidR="000857DB" w:rsidRDefault="000857DB">
            <w:pPr>
              <w:spacing w:after="0"/>
            </w:pPr>
          </w:p>
        </w:tc>
      </w:tr>
      <w:tr w:rsidR="000857DB" w14:paraId="13A6CC71" w14:textId="77777777">
        <w:trPr>
          <w:jc w:val="center"/>
        </w:trPr>
        <w:tc>
          <w:tcPr>
            <w:tcW w:w="4986" w:type="dxa"/>
            <w:vAlign w:val="center"/>
          </w:tcPr>
          <w:p w14:paraId="3EFC4AD6" w14:textId="77777777" w:rsidR="000857DB" w:rsidRDefault="00000000">
            <w:pPr>
              <w:spacing w:after="0"/>
            </w:pPr>
            <w:r>
              <w:rPr>
                <w:sz w:val="20"/>
              </w:rPr>
              <w:t>Main features:</w:t>
            </w:r>
          </w:p>
        </w:tc>
        <w:tc>
          <w:tcPr>
            <w:tcW w:w="4986" w:type="dxa"/>
            <w:vAlign w:val="center"/>
          </w:tcPr>
          <w:p w14:paraId="6FCFD838" w14:textId="77777777" w:rsidR="000857DB" w:rsidRDefault="000857DB">
            <w:pPr>
              <w:spacing w:after="0"/>
            </w:pPr>
          </w:p>
        </w:tc>
      </w:tr>
      <w:tr w:rsidR="000857DB" w14:paraId="27098EBE" w14:textId="77777777">
        <w:trPr>
          <w:jc w:val="center"/>
        </w:trPr>
        <w:tc>
          <w:tcPr>
            <w:tcW w:w="4986" w:type="dxa"/>
            <w:vAlign w:val="center"/>
          </w:tcPr>
          <w:p w14:paraId="00FDB457" w14:textId="77777777" w:rsidR="000857DB" w:rsidRDefault="00000000">
            <w:pPr>
              <w:spacing w:after="0"/>
            </w:pPr>
            <w:r>
              <w:rPr>
                <w:sz w:val="20"/>
              </w:rPr>
              <w:t>My contribution:</w:t>
            </w:r>
          </w:p>
        </w:tc>
        <w:tc>
          <w:tcPr>
            <w:tcW w:w="4986" w:type="dxa"/>
            <w:vAlign w:val="center"/>
          </w:tcPr>
          <w:p w14:paraId="1FFC244E" w14:textId="77777777" w:rsidR="000857DB" w:rsidRDefault="000857DB">
            <w:pPr>
              <w:spacing w:after="0"/>
            </w:pPr>
          </w:p>
        </w:tc>
      </w:tr>
    </w:tbl>
    <w:p w14:paraId="34B5DC2A" w14:textId="77777777" w:rsidR="000857DB" w:rsidRDefault="000857DB"/>
    <w:p w14:paraId="3FCBFDE1" w14:textId="77777777" w:rsidR="000857DB" w:rsidRDefault="00000000">
      <w:pPr>
        <w:pStyle w:val="Balk2"/>
      </w:pPr>
      <w:r>
        <w:t>E3) Model project description</w:t>
      </w:r>
    </w:p>
    <w:p w14:paraId="0FD76EEE" w14:textId="77777777" w:rsidR="000857DB" w:rsidRDefault="00000000">
      <w:r>
        <w:rPr>
          <w:b/>
        </w:rPr>
        <w:t>Project name:</w:t>
      </w:r>
      <w:r>
        <w:t xml:space="preserve"> Student Information System</w:t>
      </w:r>
    </w:p>
    <w:p w14:paraId="56C75582" w14:textId="77777777" w:rsidR="000857DB" w:rsidRDefault="00000000">
      <w:r>
        <w:rPr>
          <w:b/>
        </w:rPr>
        <w:t>Purpose:</w:t>
      </w:r>
      <w:r>
        <w:t xml:space="preserve"> This project was developed to help students and instructors manage course and grade information more easily.</w:t>
      </w:r>
    </w:p>
    <w:p w14:paraId="38284D25" w14:textId="77777777" w:rsidR="000857DB" w:rsidRDefault="00000000">
      <w:r>
        <w:rPr>
          <w:b/>
        </w:rPr>
        <w:t>Technologies:</w:t>
      </w:r>
      <w:r>
        <w:t xml:space="preserve"> Java, MySQL, HTML, CSS</w:t>
      </w:r>
    </w:p>
    <w:p w14:paraId="7D245403" w14:textId="77777777" w:rsidR="000857DB" w:rsidRDefault="00000000">
      <w:r>
        <w:rPr>
          <w:b/>
        </w:rPr>
        <w:t>Main features:</w:t>
      </w:r>
      <w:r>
        <w:t xml:space="preserve"> The system allows users to add students, list courses, record grades, and search student information.</w:t>
      </w:r>
    </w:p>
    <w:p w14:paraId="75B7F38B" w14:textId="77777777" w:rsidR="000857DB" w:rsidRDefault="00000000">
      <w:r>
        <w:rPr>
          <w:b/>
        </w:rPr>
        <w:t>My contribution:</w:t>
      </w:r>
      <w:r>
        <w:t xml:space="preserve"> I designed the database tables, implemented the student registration page, and tested the grade entry function.</w:t>
      </w:r>
    </w:p>
    <w:p w14:paraId="2D071076" w14:textId="77777777" w:rsidR="000857DB" w:rsidRDefault="00000000">
      <w:pPr>
        <w:pStyle w:val="Balk2"/>
      </w:pPr>
      <w:r>
        <w:t>E4) Short paragraph version</w:t>
      </w:r>
    </w:p>
    <w:p w14:paraId="030F472D" w14:textId="77777777" w:rsidR="000857DB" w:rsidRDefault="00000000">
      <w:pPr>
        <w:pStyle w:val="Example"/>
      </w:pPr>
      <w:r>
        <w:t>The Student Information System is a web-based application developed to manage course and grade information. It was built using Java, MySQL, HTML, and CSS. The system allows users to add students, list courses, record grades, and search student information. My main contribution was designing the database tables, implementing the student registration page, and testing the grade entry function.</w:t>
      </w:r>
    </w:p>
    <w:p w14:paraId="7C2A47AF" w14:textId="77777777" w:rsidR="000857DB" w:rsidRDefault="00000000">
      <w:pPr>
        <w:pStyle w:val="ExerciseTitle"/>
      </w:pPr>
      <w:r>
        <w:t>E5) Fill in the blanks</w:t>
      </w:r>
    </w:p>
    <w:p w14:paraId="7D0D0992" w14:textId="77777777" w:rsidR="000857DB" w:rsidRDefault="00000000">
      <w:r>
        <w:t>Use the words: developed, manage, allows, contribution, tested</w:t>
      </w:r>
    </w:p>
    <w:p w14:paraId="783526B0" w14:textId="77777777" w:rsidR="000857DB" w:rsidRDefault="00000000">
      <w:r>
        <w:t>The Library Management System was ______ to help users ______ books and member records. The system ______ librarians to add books, search records, and update borrowing information. My main ______ was designing the database schema and implementing the search function. I also ______ the book return feature.</w:t>
      </w:r>
    </w:p>
    <w:p w14:paraId="2A1A297F" w14:textId="77777777" w:rsidR="000857DB" w:rsidRDefault="00000000">
      <w:pPr>
        <w:pStyle w:val="ExerciseTitle"/>
      </w:pPr>
      <w:r>
        <w:t>E6) Project description practice</w:t>
      </w:r>
    </w:p>
    <w:p w14:paraId="48B6B4D8" w14:textId="77777777" w:rsidR="000857DB" w:rsidRDefault="00000000">
      <w:r>
        <w:t>Write a short project description using the template below.</w:t>
      </w:r>
    </w:p>
    <w:tbl>
      <w:tblPr>
        <w:tblStyle w:val="TabloKlavuzu"/>
        <w:tblW w:w="0" w:type="auto"/>
        <w:jc w:val="center"/>
        <w:tblLook w:val="04A0" w:firstRow="1" w:lastRow="0" w:firstColumn="1" w:lastColumn="0" w:noHBand="0" w:noVBand="1"/>
      </w:tblPr>
      <w:tblGrid>
        <w:gridCol w:w="4986"/>
        <w:gridCol w:w="4986"/>
      </w:tblGrid>
      <w:tr w:rsidR="000857DB" w14:paraId="271C9D6A" w14:textId="77777777">
        <w:trPr>
          <w:jc w:val="center"/>
        </w:trPr>
        <w:tc>
          <w:tcPr>
            <w:tcW w:w="4986" w:type="dxa"/>
            <w:shd w:val="clear" w:color="auto" w:fill="D9EAF7"/>
            <w:vAlign w:val="center"/>
          </w:tcPr>
          <w:p w14:paraId="244495CB" w14:textId="77777777" w:rsidR="000857DB" w:rsidRDefault="00000000">
            <w:pPr>
              <w:spacing w:after="0"/>
            </w:pPr>
            <w:r>
              <w:rPr>
                <w:b/>
                <w:sz w:val="20"/>
              </w:rPr>
              <w:lastRenderedPageBreak/>
              <w:t>Item</w:t>
            </w:r>
          </w:p>
        </w:tc>
        <w:tc>
          <w:tcPr>
            <w:tcW w:w="4986" w:type="dxa"/>
            <w:shd w:val="clear" w:color="auto" w:fill="D9EAF7"/>
            <w:vAlign w:val="center"/>
          </w:tcPr>
          <w:p w14:paraId="76333F9F" w14:textId="77777777" w:rsidR="000857DB" w:rsidRDefault="00000000">
            <w:pPr>
              <w:spacing w:after="0"/>
            </w:pPr>
            <w:r>
              <w:rPr>
                <w:b/>
                <w:sz w:val="20"/>
              </w:rPr>
              <w:t>Student answer</w:t>
            </w:r>
          </w:p>
        </w:tc>
      </w:tr>
      <w:tr w:rsidR="000857DB" w14:paraId="6228C510" w14:textId="77777777">
        <w:trPr>
          <w:jc w:val="center"/>
        </w:trPr>
        <w:tc>
          <w:tcPr>
            <w:tcW w:w="4986" w:type="dxa"/>
            <w:vAlign w:val="center"/>
          </w:tcPr>
          <w:p w14:paraId="0FCFBFA8" w14:textId="77777777" w:rsidR="000857DB" w:rsidRDefault="00000000">
            <w:pPr>
              <w:spacing w:after="0"/>
            </w:pPr>
            <w:r>
              <w:rPr>
                <w:sz w:val="20"/>
              </w:rPr>
              <w:t>Project name:</w:t>
            </w:r>
          </w:p>
        </w:tc>
        <w:tc>
          <w:tcPr>
            <w:tcW w:w="4986" w:type="dxa"/>
            <w:vAlign w:val="center"/>
          </w:tcPr>
          <w:p w14:paraId="2FF842D5" w14:textId="77777777" w:rsidR="000857DB" w:rsidRDefault="000857DB">
            <w:pPr>
              <w:spacing w:after="0"/>
            </w:pPr>
          </w:p>
        </w:tc>
      </w:tr>
      <w:tr w:rsidR="000857DB" w14:paraId="52C52782" w14:textId="77777777">
        <w:trPr>
          <w:jc w:val="center"/>
        </w:trPr>
        <w:tc>
          <w:tcPr>
            <w:tcW w:w="4986" w:type="dxa"/>
            <w:vAlign w:val="center"/>
          </w:tcPr>
          <w:p w14:paraId="511CCEED" w14:textId="77777777" w:rsidR="000857DB" w:rsidRDefault="00000000">
            <w:pPr>
              <w:spacing w:after="0"/>
            </w:pPr>
            <w:r>
              <w:rPr>
                <w:sz w:val="20"/>
              </w:rPr>
              <w:t>Purpose:</w:t>
            </w:r>
          </w:p>
        </w:tc>
        <w:tc>
          <w:tcPr>
            <w:tcW w:w="4986" w:type="dxa"/>
            <w:vAlign w:val="center"/>
          </w:tcPr>
          <w:p w14:paraId="593B4B50" w14:textId="77777777" w:rsidR="000857DB" w:rsidRDefault="000857DB">
            <w:pPr>
              <w:spacing w:after="0"/>
            </w:pPr>
          </w:p>
        </w:tc>
      </w:tr>
      <w:tr w:rsidR="000857DB" w14:paraId="5595C0C3" w14:textId="77777777">
        <w:trPr>
          <w:jc w:val="center"/>
        </w:trPr>
        <w:tc>
          <w:tcPr>
            <w:tcW w:w="4986" w:type="dxa"/>
            <w:vAlign w:val="center"/>
          </w:tcPr>
          <w:p w14:paraId="70899232" w14:textId="77777777" w:rsidR="000857DB" w:rsidRDefault="00000000">
            <w:pPr>
              <w:spacing w:after="0"/>
            </w:pPr>
            <w:r>
              <w:rPr>
                <w:sz w:val="20"/>
              </w:rPr>
              <w:t>Technologies:</w:t>
            </w:r>
          </w:p>
        </w:tc>
        <w:tc>
          <w:tcPr>
            <w:tcW w:w="4986" w:type="dxa"/>
            <w:vAlign w:val="center"/>
          </w:tcPr>
          <w:p w14:paraId="68BA7E8C" w14:textId="77777777" w:rsidR="000857DB" w:rsidRDefault="000857DB">
            <w:pPr>
              <w:spacing w:after="0"/>
            </w:pPr>
          </w:p>
        </w:tc>
      </w:tr>
      <w:tr w:rsidR="000857DB" w14:paraId="53ED402D" w14:textId="77777777">
        <w:trPr>
          <w:jc w:val="center"/>
        </w:trPr>
        <w:tc>
          <w:tcPr>
            <w:tcW w:w="4986" w:type="dxa"/>
            <w:vAlign w:val="center"/>
          </w:tcPr>
          <w:p w14:paraId="6D10D500" w14:textId="77777777" w:rsidR="000857DB" w:rsidRDefault="00000000">
            <w:pPr>
              <w:spacing w:after="0"/>
            </w:pPr>
            <w:r>
              <w:rPr>
                <w:sz w:val="20"/>
              </w:rPr>
              <w:t>Main features:</w:t>
            </w:r>
          </w:p>
        </w:tc>
        <w:tc>
          <w:tcPr>
            <w:tcW w:w="4986" w:type="dxa"/>
            <w:vAlign w:val="center"/>
          </w:tcPr>
          <w:p w14:paraId="39C84AE0" w14:textId="77777777" w:rsidR="000857DB" w:rsidRDefault="000857DB">
            <w:pPr>
              <w:spacing w:after="0"/>
            </w:pPr>
          </w:p>
        </w:tc>
      </w:tr>
      <w:tr w:rsidR="000857DB" w14:paraId="58993264" w14:textId="77777777">
        <w:trPr>
          <w:jc w:val="center"/>
        </w:trPr>
        <w:tc>
          <w:tcPr>
            <w:tcW w:w="4986" w:type="dxa"/>
            <w:vAlign w:val="center"/>
          </w:tcPr>
          <w:p w14:paraId="4FC3DF28" w14:textId="77777777" w:rsidR="000857DB" w:rsidRDefault="00000000">
            <w:pPr>
              <w:spacing w:after="0"/>
            </w:pPr>
            <w:r>
              <w:rPr>
                <w:sz w:val="20"/>
              </w:rPr>
              <w:t>My contribution:</w:t>
            </w:r>
          </w:p>
        </w:tc>
        <w:tc>
          <w:tcPr>
            <w:tcW w:w="4986" w:type="dxa"/>
            <w:vAlign w:val="center"/>
          </w:tcPr>
          <w:p w14:paraId="2854CF15" w14:textId="77777777" w:rsidR="000857DB" w:rsidRDefault="000857DB">
            <w:pPr>
              <w:spacing w:after="0"/>
            </w:pPr>
          </w:p>
        </w:tc>
      </w:tr>
    </w:tbl>
    <w:p w14:paraId="082F1766" w14:textId="77777777" w:rsidR="000857DB" w:rsidRDefault="000857DB"/>
    <w:p w14:paraId="11A15B34" w14:textId="77777777" w:rsidR="000857DB" w:rsidRDefault="00000000">
      <w:pPr>
        <w:pStyle w:val="Balk1"/>
      </w:pPr>
      <w:r>
        <w:t>BÖLÜM F: Cover Letter Basics</w:t>
      </w:r>
    </w:p>
    <w:p w14:paraId="7634A7BD" w14:textId="77777777" w:rsidR="000857DB" w:rsidRDefault="00000000">
      <w:pPr>
        <w:pStyle w:val="Balk2"/>
      </w:pPr>
      <w:r>
        <w:t>F1) Cover letter nedir?</w:t>
      </w:r>
    </w:p>
    <w:p w14:paraId="5D13F34C" w14:textId="77777777" w:rsidR="000857DB" w:rsidRDefault="00000000">
      <w:r>
        <w:t>Cover letter, bir iş veya staj başvurusu için yazılan kısa ve resmi başvuru metnidir. CV becerileri ve deneyimleri listeler; cover letter ise adayın neden başvurduğunu ve pozisyona neden uygun olduğunu açıklar.</w:t>
      </w:r>
    </w:p>
    <w:p w14:paraId="61698B57" w14:textId="77777777" w:rsidR="000857DB" w:rsidRDefault="00000000">
      <w:r>
        <w:t>Cover letter çok uzun olmamalıdır. Öğrenci seviyesinde 2 veya 3 kısa paragraf yeterlidir.</w:t>
      </w:r>
    </w:p>
    <w:p w14:paraId="2913758E" w14:textId="77777777" w:rsidR="000857DB" w:rsidRDefault="00000000">
      <w:pPr>
        <w:pStyle w:val="Balk2"/>
      </w:pPr>
      <w:r>
        <w:t>F2) Cover letter yapısı</w:t>
      </w:r>
    </w:p>
    <w:p w14:paraId="6A91801B" w14:textId="77777777" w:rsidR="000857DB" w:rsidRDefault="00000000">
      <w:pPr>
        <w:pStyle w:val="ListeNumaras"/>
      </w:pPr>
      <w:r>
        <w:t>Opening: Pozisyona neden başvurduğunu söyler.</w:t>
      </w:r>
    </w:p>
    <w:p w14:paraId="6AEC7C80" w14:textId="77777777" w:rsidR="000857DB" w:rsidRDefault="00000000">
      <w:pPr>
        <w:pStyle w:val="ListeNumaras"/>
      </w:pPr>
      <w:r>
        <w:t>Fit: Becerilerini ve ilgili deneyimini açıklar.</w:t>
      </w:r>
    </w:p>
    <w:p w14:paraId="0D711B89" w14:textId="77777777" w:rsidR="000857DB" w:rsidRDefault="00000000">
      <w:pPr>
        <w:pStyle w:val="ListeNumaras"/>
      </w:pPr>
      <w:r>
        <w:t>Closing: Görüşme isteğini ve teşekkür ifadesini belirtir.</w:t>
      </w:r>
    </w:p>
    <w:p w14:paraId="473A12F0" w14:textId="77777777" w:rsidR="000857DB" w:rsidRDefault="00000000">
      <w:pPr>
        <w:pStyle w:val="Balk2"/>
      </w:pPr>
      <w:r>
        <w:t>F3) Useful expressions</w:t>
      </w:r>
    </w:p>
    <w:p w14:paraId="19F5558F" w14:textId="77777777" w:rsidR="000857DB" w:rsidRDefault="00000000">
      <w:r>
        <w:rPr>
          <w:b/>
        </w:rPr>
        <w:t>Opening:</w:t>
      </w:r>
    </w:p>
    <w:p w14:paraId="73E016A7" w14:textId="77777777" w:rsidR="000857DB" w:rsidRDefault="00000000">
      <w:pPr>
        <w:pStyle w:val="ListeMaddemi"/>
      </w:pPr>
      <w:r>
        <w:t>I am writing to apply for the software engineering internship position.</w:t>
      </w:r>
    </w:p>
    <w:p w14:paraId="76D1FE59" w14:textId="77777777" w:rsidR="000857DB" w:rsidRDefault="00000000">
      <w:pPr>
        <w:pStyle w:val="ListeMaddemi"/>
      </w:pPr>
      <w:r>
        <w:t>I would like to apply for the junior backend developer position.</w:t>
      </w:r>
    </w:p>
    <w:p w14:paraId="71179BEF" w14:textId="77777777" w:rsidR="000857DB" w:rsidRDefault="00000000">
      <w:pPr>
        <w:pStyle w:val="ListeMaddemi"/>
      </w:pPr>
      <w:r>
        <w:t>I am interested in this position because it matches my skills and career goals.</w:t>
      </w:r>
    </w:p>
    <w:p w14:paraId="31C6068D" w14:textId="77777777" w:rsidR="000857DB" w:rsidRDefault="00000000">
      <w:r>
        <w:rPr>
          <w:b/>
        </w:rPr>
        <w:t>Fit:</w:t>
      </w:r>
    </w:p>
    <w:p w14:paraId="14F62A43" w14:textId="77777777" w:rsidR="000857DB" w:rsidRDefault="00000000">
      <w:pPr>
        <w:pStyle w:val="ListeMaddemi"/>
      </w:pPr>
      <w:r>
        <w:t>I have experience with Java, SQL, and basic web development.</w:t>
      </w:r>
    </w:p>
    <w:p w14:paraId="42C01A6A" w14:textId="77777777" w:rsidR="000857DB" w:rsidRDefault="00000000">
      <w:pPr>
        <w:pStyle w:val="ListeMaddemi"/>
      </w:pPr>
      <w:r>
        <w:t>During my coursework, I developed a small web application using Node.js and MongoDB.</w:t>
      </w:r>
    </w:p>
    <w:p w14:paraId="5EC238AF" w14:textId="77777777" w:rsidR="000857DB" w:rsidRDefault="00000000">
      <w:pPr>
        <w:pStyle w:val="ListeMaddemi"/>
      </w:pPr>
      <w:r>
        <w:t>I believe my project experience and willingness to learn make me a suitable candidate.</w:t>
      </w:r>
    </w:p>
    <w:p w14:paraId="5C058C28" w14:textId="77777777" w:rsidR="000857DB" w:rsidRDefault="00000000">
      <w:r>
        <w:rPr>
          <w:b/>
        </w:rPr>
        <w:t>Closing:</w:t>
      </w:r>
    </w:p>
    <w:p w14:paraId="5BDEBAAA" w14:textId="77777777" w:rsidR="000857DB" w:rsidRDefault="00000000">
      <w:pPr>
        <w:pStyle w:val="ListeMaddemi"/>
      </w:pPr>
      <w:r>
        <w:t>I would be happy to discuss my application in an interview.</w:t>
      </w:r>
    </w:p>
    <w:p w14:paraId="0AABE753" w14:textId="77777777" w:rsidR="000857DB" w:rsidRDefault="00000000">
      <w:pPr>
        <w:pStyle w:val="ListeMaddemi"/>
      </w:pPr>
      <w:r>
        <w:t>Thank you for your time and consideration.</w:t>
      </w:r>
    </w:p>
    <w:p w14:paraId="7FD60D47" w14:textId="77777777" w:rsidR="000857DB" w:rsidRDefault="00000000">
      <w:pPr>
        <w:pStyle w:val="ListeMaddemi"/>
      </w:pPr>
      <w:r>
        <w:t>I look forward to hearing from you.</w:t>
      </w:r>
    </w:p>
    <w:p w14:paraId="51C84A7D" w14:textId="77777777" w:rsidR="000857DB" w:rsidRDefault="00000000">
      <w:pPr>
        <w:pStyle w:val="Balk2"/>
      </w:pPr>
      <w:r>
        <w:t>F4) Model cover letter</w:t>
      </w:r>
    </w:p>
    <w:p w14:paraId="0BDE7441" w14:textId="77777777" w:rsidR="000857DB" w:rsidRDefault="00000000">
      <w:pPr>
        <w:pStyle w:val="Example"/>
      </w:pPr>
      <w:r>
        <w:t>Dear Hiring Manager,</w:t>
      </w:r>
    </w:p>
    <w:p w14:paraId="701EA918" w14:textId="77777777" w:rsidR="000857DB" w:rsidRDefault="00000000">
      <w:pPr>
        <w:pStyle w:val="Example"/>
      </w:pPr>
      <w:r>
        <w:t>I am writing to apply for the software engineering internship position. I am a software engineering student with an interest in backend development, databases, and software testing.</w:t>
      </w:r>
    </w:p>
    <w:p w14:paraId="6349E27F" w14:textId="77777777" w:rsidR="000857DB" w:rsidRDefault="00000000">
      <w:pPr>
        <w:pStyle w:val="Example"/>
      </w:pPr>
      <w:r>
        <w:t>During my coursework, I developed small web applications using JavaScript, Node.js, and MongoDB. I also have experience with Git, SQL, and basic API documentation. I believe my project experience, problem-solving skills, and willingness to learn make me a suitable candidate for this internship.</w:t>
      </w:r>
    </w:p>
    <w:p w14:paraId="248307D1" w14:textId="77777777" w:rsidR="000857DB" w:rsidRDefault="00000000">
      <w:pPr>
        <w:pStyle w:val="Example"/>
      </w:pPr>
      <w:r>
        <w:t>Thank you for your time and consideration. I would be happy to discuss my application in an interview.</w:t>
      </w:r>
    </w:p>
    <w:p w14:paraId="51CFA30F" w14:textId="77777777" w:rsidR="000857DB" w:rsidRDefault="00000000">
      <w:pPr>
        <w:pStyle w:val="Example"/>
      </w:pPr>
      <w:r>
        <w:lastRenderedPageBreak/>
        <w:t>Best regards,</w:t>
      </w:r>
      <w:r>
        <w:br/>
        <w:t>[Name Surname]</w:t>
      </w:r>
    </w:p>
    <w:p w14:paraId="25AF50E4" w14:textId="77777777" w:rsidR="000857DB" w:rsidRDefault="00000000">
      <w:pPr>
        <w:pStyle w:val="ExerciseTitle"/>
      </w:pPr>
      <w:r>
        <w:t>F5) Choose the better sentence</w:t>
      </w:r>
    </w:p>
    <w:p w14:paraId="51BEF785" w14:textId="77777777" w:rsidR="000857DB" w:rsidRDefault="00000000">
      <w:r>
        <w:t xml:space="preserve">1. </w:t>
      </w:r>
    </w:p>
    <w:p w14:paraId="262A881A" w14:textId="77777777" w:rsidR="000857DB" w:rsidRDefault="00000000">
      <w:pPr>
        <w:pStyle w:val="Example"/>
      </w:pPr>
      <w:r>
        <w:t>A) I want this job because I need money.</w:t>
      </w:r>
    </w:p>
    <w:p w14:paraId="48B41EAB" w14:textId="77777777" w:rsidR="000857DB" w:rsidRDefault="00000000">
      <w:pPr>
        <w:pStyle w:val="Example"/>
      </w:pPr>
      <w:r>
        <w:t>B) I am interested in this position because it matches my skills and career goals.</w:t>
      </w:r>
    </w:p>
    <w:p w14:paraId="41095C10" w14:textId="77777777" w:rsidR="000857DB" w:rsidRDefault="00000000">
      <w:r>
        <w:t xml:space="preserve">2. </w:t>
      </w:r>
    </w:p>
    <w:p w14:paraId="1F1DB8C4" w14:textId="77777777" w:rsidR="000857DB" w:rsidRDefault="00000000">
      <w:pPr>
        <w:pStyle w:val="Example"/>
      </w:pPr>
      <w:r>
        <w:t>A) I know everything about software.</w:t>
      </w:r>
    </w:p>
    <w:p w14:paraId="524600B5" w14:textId="77777777" w:rsidR="000857DB" w:rsidRDefault="00000000">
      <w:pPr>
        <w:pStyle w:val="Example"/>
      </w:pPr>
      <w:r>
        <w:t>B) I have experience with Java, SQL, and basic web development.</w:t>
      </w:r>
    </w:p>
    <w:p w14:paraId="629600DC" w14:textId="77777777" w:rsidR="000857DB" w:rsidRDefault="00000000">
      <w:r>
        <w:t xml:space="preserve">3. </w:t>
      </w:r>
    </w:p>
    <w:p w14:paraId="2FABE159" w14:textId="77777777" w:rsidR="000857DB" w:rsidRDefault="00000000">
      <w:pPr>
        <w:pStyle w:val="Example"/>
      </w:pPr>
      <w:r>
        <w:t>A) Give me this job.</w:t>
      </w:r>
    </w:p>
    <w:p w14:paraId="6FF0DC9C" w14:textId="77777777" w:rsidR="000857DB" w:rsidRDefault="00000000">
      <w:pPr>
        <w:pStyle w:val="Example"/>
      </w:pPr>
      <w:r>
        <w:t>B) I would be happy to discuss my application in an interview.</w:t>
      </w:r>
    </w:p>
    <w:p w14:paraId="064C3F3E" w14:textId="77777777" w:rsidR="000857DB" w:rsidRDefault="00000000">
      <w:r>
        <w:t xml:space="preserve">4. </w:t>
      </w:r>
    </w:p>
    <w:p w14:paraId="3622D6A9" w14:textId="77777777" w:rsidR="000857DB" w:rsidRDefault="00000000">
      <w:pPr>
        <w:pStyle w:val="Example"/>
      </w:pPr>
      <w:r>
        <w:t>A) I am the best candidate ever.</w:t>
      </w:r>
    </w:p>
    <w:p w14:paraId="7191E084" w14:textId="77777777" w:rsidR="000857DB" w:rsidRDefault="00000000">
      <w:pPr>
        <w:pStyle w:val="Example"/>
      </w:pPr>
      <w:r>
        <w:t>B) I believe my project experience and willingness to learn make me a suitable candidate.</w:t>
      </w:r>
    </w:p>
    <w:p w14:paraId="045F20F7" w14:textId="77777777" w:rsidR="000857DB" w:rsidRDefault="00000000">
      <w:pPr>
        <w:pStyle w:val="ExerciseTitle"/>
      </w:pPr>
      <w:r>
        <w:t>F6) Put the cover letter parts in order</w:t>
      </w:r>
    </w:p>
    <w:p w14:paraId="508064B1" w14:textId="77777777" w:rsidR="000857DB" w:rsidRDefault="00000000">
      <w:r>
        <w:t>a. Thank you for your time and consideration.</w:t>
      </w:r>
    </w:p>
    <w:p w14:paraId="68A3C6A5" w14:textId="77777777" w:rsidR="000857DB" w:rsidRDefault="00000000">
      <w:r>
        <w:t>b. I have experience with Java, SQL, and basic web development.</w:t>
      </w:r>
    </w:p>
    <w:p w14:paraId="6E089ACE" w14:textId="77777777" w:rsidR="000857DB" w:rsidRDefault="00000000">
      <w:r>
        <w:t>c. Dear Hiring Manager,</w:t>
      </w:r>
    </w:p>
    <w:p w14:paraId="5B27BC22" w14:textId="77777777" w:rsidR="000857DB" w:rsidRDefault="00000000">
      <w:r>
        <w:t>d. I am writing to apply for the software engineering internship position.</w:t>
      </w:r>
    </w:p>
    <w:p w14:paraId="1E694264" w14:textId="77777777" w:rsidR="000857DB" w:rsidRDefault="00000000">
      <w:r>
        <w:t>e. Best regards,</w:t>
      </w:r>
    </w:p>
    <w:p w14:paraId="4724A83B" w14:textId="77777777" w:rsidR="000857DB" w:rsidRDefault="00000000">
      <w:pPr>
        <w:pStyle w:val="Balk1"/>
      </w:pPr>
      <w:r>
        <w:t>BÖLÜM G: Job Interview English</w:t>
      </w:r>
    </w:p>
    <w:p w14:paraId="6456B839" w14:textId="77777777" w:rsidR="000857DB" w:rsidRDefault="00000000">
      <w:pPr>
        <w:pStyle w:val="Balk2"/>
      </w:pPr>
      <w:r>
        <w:t>G1) İş görüşmesinde yaygın sorular</w:t>
      </w:r>
    </w:p>
    <w:p w14:paraId="6DE645E9" w14:textId="77777777" w:rsidR="000857DB" w:rsidRDefault="00000000">
      <w:pPr>
        <w:pStyle w:val="ListeMaddemi"/>
      </w:pPr>
      <w:r>
        <w:t>Can you tell me about yourself?</w:t>
      </w:r>
    </w:p>
    <w:p w14:paraId="3614E85E" w14:textId="77777777" w:rsidR="000857DB" w:rsidRDefault="00000000">
      <w:pPr>
        <w:pStyle w:val="ListeMaddemi"/>
      </w:pPr>
      <w:r>
        <w:t>Why are you interested in this internship?</w:t>
      </w:r>
    </w:p>
    <w:p w14:paraId="5B232734" w14:textId="77777777" w:rsidR="000857DB" w:rsidRDefault="00000000">
      <w:pPr>
        <w:pStyle w:val="ListeMaddemi"/>
      </w:pPr>
      <w:r>
        <w:t>What programming languages do you use?</w:t>
      </w:r>
    </w:p>
    <w:p w14:paraId="6EA3D38C" w14:textId="77777777" w:rsidR="000857DB" w:rsidRDefault="00000000">
      <w:pPr>
        <w:pStyle w:val="ListeMaddemi"/>
      </w:pPr>
      <w:r>
        <w:t>Can you describe one of your projects?</w:t>
      </w:r>
    </w:p>
    <w:p w14:paraId="1DF7A403" w14:textId="77777777" w:rsidR="000857DB" w:rsidRDefault="00000000">
      <w:pPr>
        <w:pStyle w:val="ListeMaddemi"/>
      </w:pPr>
      <w:r>
        <w:t>What was your role in the project?</w:t>
      </w:r>
    </w:p>
    <w:p w14:paraId="405BCE32" w14:textId="77777777" w:rsidR="000857DB" w:rsidRDefault="00000000">
      <w:pPr>
        <w:pStyle w:val="ListeMaddemi"/>
      </w:pPr>
      <w:r>
        <w:t>What is your main strength?</w:t>
      </w:r>
    </w:p>
    <w:p w14:paraId="1D023C77" w14:textId="77777777" w:rsidR="000857DB" w:rsidRDefault="00000000">
      <w:pPr>
        <w:pStyle w:val="ListeMaddemi"/>
      </w:pPr>
      <w:r>
        <w:t>What is one area you want to improve?</w:t>
      </w:r>
    </w:p>
    <w:p w14:paraId="79D67512" w14:textId="77777777" w:rsidR="000857DB" w:rsidRDefault="00000000">
      <w:pPr>
        <w:pStyle w:val="ListeMaddemi"/>
      </w:pPr>
      <w:r>
        <w:t>How do you handle bugs or errors?</w:t>
      </w:r>
    </w:p>
    <w:p w14:paraId="33563D8F" w14:textId="77777777" w:rsidR="000857DB" w:rsidRDefault="00000000">
      <w:pPr>
        <w:pStyle w:val="ListeMaddemi"/>
      </w:pPr>
      <w:r>
        <w:t>Do you prefer working alone or in a team?</w:t>
      </w:r>
    </w:p>
    <w:p w14:paraId="0E8460E8" w14:textId="77777777" w:rsidR="000857DB" w:rsidRDefault="00000000">
      <w:pPr>
        <w:pStyle w:val="ListeMaddemi"/>
      </w:pPr>
      <w:r>
        <w:t>Do you have any questions for us?</w:t>
      </w:r>
    </w:p>
    <w:p w14:paraId="0786627A" w14:textId="77777777" w:rsidR="000857DB" w:rsidRDefault="00000000">
      <w:pPr>
        <w:pStyle w:val="Balk2"/>
      </w:pPr>
      <w:r>
        <w:t>G2) “Tell me about yourself” sorusuna cevap</w:t>
      </w:r>
    </w:p>
    <w:p w14:paraId="497C8CA8" w14:textId="77777777" w:rsidR="000857DB" w:rsidRDefault="00000000">
      <w:r>
        <w:rPr>
          <w:b/>
        </w:rPr>
        <w:t>Zayıf cevap:</w:t>
      </w:r>
    </w:p>
    <w:p w14:paraId="4A2CD48F" w14:textId="77777777" w:rsidR="000857DB" w:rsidRDefault="00000000">
      <w:pPr>
        <w:pStyle w:val="Example"/>
      </w:pPr>
      <w:r>
        <w:t>I am Ali. I am a student. I like software.</w:t>
      </w:r>
    </w:p>
    <w:p w14:paraId="34E34F63" w14:textId="77777777" w:rsidR="000857DB" w:rsidRDefault="00000000">
      <w:r>
        <w:rPr>
          <w:b/>
        </w:rPr>
        <w:lastRenderedPageBreak/>
        <w:t>Daha iyi cevap:</w:t>
      </w:r>
    </w:p>
    <w:p w14:paraId="0F694FDA" w14:textId="77777777" w:rsidR="000857DB" w:rsidRDefault="00000000">
      <w:pPr>
        <w:pStyle w:val="Example"/>
      </w:pPr>
      <w:r>
        <w:t>I am a software engineering student interested in backend development and software testing. I have worked on small web projects using JavaScript, Node.js, and MongoDB. I enjoy solving technical problems and learning how real software systems are developed. I am currently looking for an internship where I can improve my practical skills.</w:t>
      </w:r>
    </w:p>
    <w:p w14:paraId="56290B3A" w14:textId="77777777" w:rsidR="000857DB" w:rsidRDefault="00000000">
      <w:pPr>
        <w:pStyle w:val="Balk2"/>
      </w:pPr>
      <w:r>
        <w:t>G3) Strengths and improvement areas</w:t>
      </w:r>
    </w:p>
    <w:p w14:paraId="7FA09046" w14:textId="77777777" w:rsidR="000857DB" w:rsidRDefault="00000000">
      <w:r>
        <w:rPr>
          <w:b/>
        </w:rPr>
        <w:t>Strength anlatırken:</w:t>
      </w:r>
    </w:p>
    <w:p w14:paraId="4DCBD653" w14:textId="77777777" w:rsidR="000857DB" w:rsidRDefault="00000000">
      <w:pPr>
        <w:pStyle w:val="ListeMaddemi"/>
      </w:pPr>
      <w:r>
        <w:t>My main strength is problem solving.</w:t>
      </w:r>
    </w:p>
    <w:p w14:paraId="1FEA0299" w14:textId="77777777" w:rsidR="000857DB" w:rsidRDefault="00000000">
      <w:pPr>
        <w:pStyle w:val="ListeMaddemi"/>
      </w:pPr>
      <w:r>
        <w:t>I am careful with details.</w:t>
      </w:r>
    </w:p>
    <w:p w14:paraId="6F727641" w14:textId="77777777" w:rsidR="000857DB" w:rsidRDefault="00000000">
      <w:pPr>
        <w:pStyle w:val="ListeMaddemi"/>
      </w:pPr>
      <w:r>
        <w:t>I can learn new tools quickly.</w:t>
      </w:r>
    </w:p>
    <w:p w14:paraId="152F912E" w14:textId="77777777" w:rsidR="000857DB" w:rsidRDefault="00000000">
      <w:pPr>
        <w:pStyle w:val="ListeMaddemi"/>
      </w:pPr>
      <w:r>
        <w:t>I communicate clearly with team members.</w:t>
      </w:r>
    </w:p>
    <w:p w14:paraId="5CE14509" w14:textId="77777777" w:rsidR="000857DB" w:rsidRDefault="00000000">
      <w:pPr>
        <w:pStyle w:val="ListeMaddemi"/>
      </w:pPr>
      <w:r>
        <w:t>I try to write clean and understandable code.</w:t>
      </w:r>
    </w:p>
    <w:p w14:paraId="4922545E" w14:textId="77777777" w:rsidR="000857DB" w:rsidRDefault="00000000">
      <w:r>
        <w:rPr>
          <w:b/>
        </w:rPr>
        <w:t>Improvement area anlatırken:</w:t>
      </w:r>
    </w:p>
    <w:p w14:paraId="450B7BC8" w14:textId="77777777" w:rsidR="000857DB" w:rsidRDefault="00000000">
      <w:pPr>
        <w:pStyle w:val="ListeMaddemi"/>
      </w:pPr>
      <w:r>
        <w:t>I would like to improve my experience with cloud technologies.</w:t>
      </w:r>
    </w:p>
    <w:p w14:paraId="64987521" w14:textId="77777777" w:rsidR="000857DB" w:rsidRDefault="00000000">
      <w:pPr>
        <w:pStyle w:val="ListeMaddemi"/>
      </w:pPr>
      <w:r>
        <w:t>I am still learning advanced database optimization.</w:t>
      </w:r>
    </w:p>
    <w:p w14:paraId="47D26C26" w14:textId="77777777" w:rsidR="000857DB" w:rsidRDefault="00000000">
      <w:pPr>
        <w:pStyle w:val="ListeMaddemi"/>
      </w:pPr>
      <w:r>
        <w:t>I want to become more confident in technical speaking.</w:t>
      </w:r>
    </w:p>
    <w:p w14:paraId="6E8BBCA0" w14:textId="77777777" w:rsidR="000857DB" w:rsidRDefault="00000000">
      <w:pPr>
        <w:pStyle w:val="ListeMaddemi"/>
      </w:pPr>
      <w:r>
        <w:t>I am working on improving my software testing skills.</w:t>
      </w:r>
    </w:p>
    <w:p w14:paraId="01D049A1" w14:textId="77777777" w:rsidR="000857DB" w:rsidRDefault="00000000">
      <w:r>
        <w:rPr>
          <w:b/>
        </w:rPr>
        <w:t>Dikkat:</w:t>
      </w:r>
    </w:p>
    <w:p w14:paraId="2EA55093" w14:textId="77777777" w:rsidR="000857DB" w:rsidRDefault="00000000">
      <w:r>
        <w:rPr>
          <w:b/>
        </w:rPr>
        <w:t>Zayıf:</w:t>
      </w:r>
    </w:p>
    <w:p w14:paraId="1710DBE4" w14:textId="77777777" w:rsidR="000857DB" w:rsidRDefault="00000000">
      <w:pPr>
        <w:pStyle w:val="Example"/>
      </w:pPr>
      <w:r>
        <w:t>I have no weaknesses.</w:t>
      </w:r>
    </w:p>
    <w:p w14:paraId="7CD0850E" w14:textId="77777777" w:rsidR="000857DB" w:rsidRDefault="00000000">
      <w:r>
        <w:rPr>
          <w:b/>
        </w:rPr>
        <w:t>Daha iyi:</w:t>
      </w:r>
    </w:p>
    <w:p w14:paraId="668D5202" w14:textId="77777777" w:rsidR="000857DB" w:rsidRDefault="00000000">
      <w:pPr>
        <w:pStyle w:val="Example"/>
      </w:pPr>
      <w:r>
        <w:t>I would like to improve my experience with cloud technologies. I have basic knowledge, but I need more practice with real projects.</w:t>
      </w:r>
    </w:p>
    <w:p w14:paraId="56901488" w14:textId="77777777" w:rsidR="000857DB" w:rsidRDefault="00000000">
      <w:pPr>
        <w:pStyle w:val="Balk2"/>
      </w:pPr>
      <w:r>
        <w:t>G4) Interview answer formula</w:t>
      </w:r>
    </w:p>
    <w:p w14:paraId="70707E45" w14:textId="77777777" w:rsidR="000857DB" w:rsidRDefault="00000000">
      <w:r>
        <w:t>A good interview answer can follow this structure:</w:t>
      </w:r>
    </w:p>
    <w:p w14:paraId="26A9073E" w14:textId="77777777" w:rsidR="000857DB" w:rsidRDefault="00000000">
      <w:pPr>
        <w:pStyle w:val="ListeNumaras"/>
      </w:pPr>
      <w:r>
        <w:t>Short answer</w:t>
      </w:r>
    </w:p>
    <w:p w14:paraId="3D8797D6" w14:textId="77777777" w:rsidR="000857DB" w:rsidRDefault="00000000">
      <w:pPr>
        <w:pStyle w:val="ListeNumaras"/>
      </w:pPr>
      <w:r>
        <w:t>Example</w:t>
      </w:r>
    </w:p>
    <w:p w14:paraId="15D8BD11" w14:textId="77777777" w:rsidR="000857DB" w:rsidRDefault="00000000">
      <w:pPr>
        <w:pStyle w:val="ListeNumaras"/>
      </w:pPr>
      <w:r>
        <w:t>Learning or result</w:t>
      </w:r>
    </w:p>
    <w:p w14:paraId="36DA043A" w14:textId="77777777" w:rsidR="000857DB" w:rsidRDefault="00000000">
      <w:r>
        <w:rPr>
          <w:b/>
        </w:rPr>
        <w:t>Example question:</w:t>
      </w:r>
    </w:p>
    <w:p w14:paraId="64E0F0BF" w14:textId="77777777" w:rsidR="000857DB" w:rsidRDefault="00000000">
      <w:pPr>
        <w:pStyle w:val="Example"/>
      </w:pPr>
      <w:r>
        <w:t>How do you handle bugs?</w:t>
      </w:r>
    </w:p>
    <w:p w14:paraId="2480BAC3" w14:textId="77777777" w:rsidR="000857DB" w:rsidRDefault="00000000">
      <w:r>
        <w:rPr>
          <w:b/>
        </w:rPr>
        <w:t>Model answer:</w:t>
      </w:r>
    </w:p>
    <w:p w14:paraId="7989897A" w14:textId="77777777" w:rsidR="000857DB" w:rsidRDefault="00000000">
      <w:pPr>
        <w:pStyle w:val="Example"/>
      </w:pPr>
      <w:r>
        <w:t>When I face a bug, I first try to reproduce the problem. Then, I check the error message, logs, and recent code changes. For example, in a course project, the login page returned an error because of an incorrect database field name. After identifying the problem, I corrected the query and tested the login function again. This experience helped me understand the importance of careful debugging and testing.</w:t>
      </w:r>
    </w:p>
    <w:p w14:paraId="2C6C07D4" w14:textId="77777777" w:rsidR="000857DB" w:rsidRDefault="00000000">
      <w:pPr>
        <w:pStyle w:val="ExerciseTitle"/>
      </w:pPr>
      <w:r>
        <w:t>G5) Fill in the blanks</w:t>
      </w:r>
    </w:p>
    <w:p w14:paraId="47752941" w14:textId="77777777" w:rsidR="000857DB" w:rsidRDefault="00000000">
      <w:r>
        <w:t>Use the words: reproduce, logs, tested, corrected, debugging</w:t>
      </w:r>
    </w:p>
    <w:p w14:paraId="74BC8943" w14:textId="77777777" w:rsidR="000857DB" w:rsidRDefault="00000000">
      <w:r>
        <w:lastRenderedPageBreak/>
        <w:t>When I face a bug, I first try to ______ the problem. Then, I check the error message and ______. In one project, the problem was caused by an incorrect database field name. I ______ the query and ______ the login function again. This helped me improve my ______ skills.</w:t>
      </w:r>
    </w:p>
    <w:p w14:paraId="7FEAC9B2" w14:textId="77777777" w:rsidR="000857DB" w:rsidRDefault="00000000">
      <w:r>
        <w:br w:type="page"/>
      </w:r>
    </w:p>
    <w:p w14:paraId="6D48A354" w14:textId="77777777" w:rsidR="000857DB" w:rsidRDefault="00000000">
      <w:pPr>
        <w:pStyle w:val="ExerciseTitle"/>
      </w:pPr>
      <w:r>
        <w:lastRenderedPageBreak/>
        <w:t>G6) Match the interview question with the answer</w:t>
      </w:r>
    </w:p>
    <w:tbl>
      <w:tblPr>
        <w:tblStyle w:val="TabloKlavuzu"/>
        <w:tblW w:w="0" w:type="auto"/>
        <w:jc w:val="center"/>
        <w:tblLook w:val="04A0" w:firstRow="1" w:lastRow="0" w:firstColumn="1" w:lastColumn="0" w:noHBand="0" w:noVBand="1"/>
      </w:tblPr>
      <w:tblGrid>
        <w:gridCol w:w="4986"/>
        <w:gridCol w:w="4986"/>
      </w:tblGrid>
      <w:tr w:rsidR="000857DB" w14:paraId="33FCA75D" w14:textId="77777777">
        <w:trPr>
          <w:jc w:val="center"/>
        </w:trPr>
        <w:tc>
          <w:tcPr>
            <w:tcW w:w="4986" w:type="dxa"/>
            <w:shd w:val="clear" w:color="auto" w:fill="D9EAF7"/>
            <w:vAlign w:val="center"/>
          </w:tcPr>
          <w:p w14:paraId="16AEBC7D" w14:textId="77777777" w:rsidR="000857DB" w:rsidRDefault="00000000">
            <w:pPr>
              <w:spacing w:after="0"/>
            </w:pPr>
            <w:r>
              <w:rPr>
                <w:b/>
                <w:sz w:val="20"/>
              </w:rPr>
              <w:t>Question</w:t>
            </w:r>
          </w:p>
        </w:tc>
        <w:tc>
          <w:tcPr>
            <w:tcW w:w="4986" w:type="dxa"/>
            <w:shd w:val="clear" w:color="auto" w:fill="D9EAF7"/>
            <w:vAlign w:val="center"/>
          </w:tcPr>
          <w:p w14:paraId="4881BB56" w14:textId="77777777" w:rsidR="000857DB" w:rsidRDefault="00000000">
            <w:pPr>
              <w:spacing w:after="0"/>
            </w:pPr>
            <w:r>
              <w:rPr>
                <w:b/>
                <w:sz w:val="20"/>
              </w:rPr>
              <w:t>Answer</w:t>
            </w:r>
          </w:p>
        </w:tc>
      </w:tr>
      <w:tr w:rsidR="000857DB" w14:paraId="42144363" w14:textId="77777777">
        <w:trPr>
          <w:jc w:val="center"/>
        </w:trPr>
        <w:tc>
          <w:tcPr>
            <w:tcW w:w="4986" w:type="dxa"/>
            <w:vAlign w:val="center"/>
          </w:tcPr>
          <w:p w14:paraId="7EAD5B72" w14:textId="77777777" w:rsidR="000857DB" w:rsidRDefault="00000000">
            <w:pPr>
              <w:spacing w:after="0"/>
            </w:pPr>
            <w:r>
              <w:rPr>
                <w:sz w:val="20"/>
              </w:rPr>
              <w:t>1. Can you tell me about yourself?</w:t>
            </w:r>
          </w:p>
        </w:tc>
        <w:tc>
          <w:tcPr>
            <w:tcW w:w="4986" w:type="dxa"/>
            <w:vAlign w:val="center"/>
          </w:tcPr>
          <w:p w14:paraId="5B9A1B40" w14:textId="77777777" w:rsidR="000857DB" w:rsidRDefault="00000000">
            <w:pPr>
              <w:spacing w:after="0"/>
            </w:pPr>
            <w:r>
              <w:rPr>
                <w:sz w:val="20"/>
              </w:rPr>
              <w:t>a. I would like to improve my experience with cloud technologies.</w:t>
            </w:r>
          </w:p>
        </w:tc>
      </w:tr>
      <w:tr w:rsidR="000857DB" w14:paraId="6AB73CF8" w14:textId="77777777">
        <w:trPr>
          <w:jc w:val="center"/>
        </w:trPr>
        <w:tc>
          <w:tcPr>
            <w:tcW w:w="4986" w:type="dxa"/>
            <w:vAlign w:val="center"/>
          </w:tcPr>
          <w:p w14:paraId="1E69FE57" w14:textId="77777777" w:rsidR="000857DB" w:rsidRDefault="00000000">
            <w:pPr>
              <w:spacing w:after="0"/>
            </w:pPr>
            <w:r>
              <w:rPr>
                <w:sz w:val="20"/>
              </w:rPr>
              <w:t>2. What is your main strength?</w:t>
            </w:r>
          </w:p>
        </w:tc>
        <w:tc>
          <w:tcPr>
            <w:tcW w:w="4986" w:type="dxa"/>
            <w:vAlign w:val="center"/>
          </w:tcPr>
          <w:p w14:paraId="634F0D1F" w14:textId="77777777" w:rsidR="000857DB" w:rsidRDefault="00000000">
            <w:pPr>
              <w:spacing w:after="0"/>
            </w:pPr>
            <w:r>
              <w:rPr>
                <w:sz w:val="20"/>
              </w:rPr>
              <w:t>b. I first try to reproduce the problem and check the logs.</w:t>
            </w:r>
          </w:p>
        </w:tc>
      </w:tr>
      <w:tr w:rsidR="000857DB" w14:paraId="5B640149" w14:textId="77777777">
        <w:trPr>
          <w:jc w:val="center"/>
        </w:trPr>
        <w:tc>
          <w:tcPr>
            <w:tcW w:w="4986" w:type="dxa"/>
            <w:vAlign w:val="center"/>
          </w:tcPr>
          <w:p w14:paraId="12AAE6B7" w14:textId="77777777" w:rsidR="000857DB" w:rsidRDefault="00000000">
            <w:pPr>
              <w:spacing w:after="0"/>
            </w:pPr>
            <w:r>
              <w:rPr>
                <w:sz w:val="20"/>
              </w:rPr>
              <w:t>3. What is one area you want to improve?</w:t>
            </w:r>
          </w:p>
        </w:tc>
        <w:tc>
          <w:tcPr>
            <w:tcW w:w="4986" w:type="dxa"/>
            <w:vAlign w:val="center"/>
          </w:tcPr>
          <w:p w14:paraId="4161AE2E" w14:textId="77777777" w:rsidR="000857DB" w:rsidRDefault="00000000">
            <w:pPr>
              <w:spacing w:after="0"/>
            </w:pPr>
            <w:r>
              <w:rPr>
                <w:sz w:val="20"/>
              </w:rPr>
              <w:t>c. My main strength is problem solving.</w:t>
            </w:r>
          </w:p>
        </w:tc>
      </w:tr>
      <w:tr w:rsidR="000857DB" w14:paraId="13136CD4" w14:textId="77777777">
        <w:trPr>
          <w:jc w:val="center"/>
        </w:trPr>
        <w:tc>
          <w:tcPr>
            <w:tcW w:w="4986" w:type="dxa"/>
            <w:vAlign w:val="center"/>
          </w:tcPr>
          <w:p w14:paraId="269240E9" w14:textId="77777777" w:rsidR="000857DB" w:rsidRDefault="00000000">
            <w:pPr>
              <w:spacing w:after="0"/>
            </w:pPr>
            <w:r>
              <w:rPr>
                <w:sz w:val="20"/>
              </w:rPr>
              <w:t>4. Can you describe one of your projects?</w:t>
            </w:r>
          </w:p>
        </w:tc>
        <w:tc>
          <w:tcPr>
            <w:tcW w:w="4986" w:type="dxa"/>
            <w:vAlign w:val="center"/>
          </w:tcPr>
          <w:p w14:paraId="53D0F9FE" w14:textId="77777777" w:rsidR="000857DB" w:rsidRDefault="00000000">
            <w:pPr>
              <w:spacing w:after="0"/>
            </w:pPr>
            <w:r>
              <w:rPr>
                <w:sz w:val="20"/>
              </w:rPr>
              <w:t>d. I developed a library management system using Java and MySQL.</w:t>
            </w:r>
          </w:p>
        </w:tc>
      </w:tr>
      <w:tr w:rsidR="000857DB" w14:paraId="74511445" w14:textId="77777777">
        <w:trPr>
          <w:jc w:val="center"/>
        </w:trPr>
        <w:tc>
          <w:tcPr>
            <w:tcW w:w="4986" w:type="dxa"/>
            <w:vAlign w:val="center"/>
          </w:tcPr>
          <w:p w14:paraId="6B42B58A" w14:textId="77777777" w:rsidR="000857DB" w:rsidRDefault="00000000">
            <w:pPr>
              <w:spacing w:after="0"/>
            </w:pPr>
            <w:r>
              <w:rPr>
                <w:sz w:val="20"/>
              </w:rPr>
              <w:t>5. How do you handle bugs?</w:t>
            </w:r>
          </w:p>
        </w:tc>
        <w:tc>
          <w:tcPr>
            <w:tcW w:w="4986" w:type="dxa"/>
            <w:vAlign w:val="center"/>
          </w:tcPr>
          <w:p w14:paraId="793B55A2" w14:textId="77777777" w:rsidR="000857DB" w:rsidRDefault="00000000">
            <w:pPr>
              <w:spacing w:after="0"/>
            </w:pPr>
            <w:r>
              <w:rPr>
                <w:sz w:val="20"/>
              </w:rPr>
              <w:t>e. I am a software engineering student interested in backend development.</w:t>
            </w:r>
          </w:p>
        </w:tc>
      </w:tr>
    </w:tbl>
    <w:p w14:paraId="658394F9" w14:textId="77777777" w:rsidR="000857DB" w:rsidRDefault="000857DB"/>
    <w:p w14:paraId="03F702AE" w14:textId="77777777" w:rsidR="000857DB" w:rsidRDefault="00000000">
      <w:pPr>
        <w:pStyle w:val="Balk1"/>
      </w:pPr>
      <w:r>
        <w:t>BÖLÜM H: Reading 2</w:t>
      </w:r>
    </w:p>
    <w:p w14:paraId="362E881B" w14:textId="77777777" w:rsidR="000857DB" w:rsidRDefault="00000000">
      <w:pPr>
        <w:pStyle w:val="Balk2"/>
      </w:pPr>
      <w:r>
        <w:t>Reading 2: A Job Interview for a Software Internship</w:t>
      </w:r>
    </w:p>
    <w:p w14:paraId="322844CF" w14:textId="77777777" w:rsidR="000857DB" w:rsidRDefault="00000000">
      <w:r>
        <w:rPr>
          <w:b/>
        </w:rPr>
        <w:t xml:space="preserve">Interviewer: </w:t>
      </w:r>
      <w:r>
        <w:t>Can you tell me about yourself?</w:t>
      </w:r>
    </w:p>
    <w:p w14:paraId="4DE47A3D" w14:textId="77777777" w:rsidR="000857DB" w:rsidRDefault="00000000">
      <w:r>
        <w:rPr>
          <w:b/>
        </w:rPr>
        <w:t xml:space="preserve">Candidate: </w:t>
      </w:r>
      <w:r>
        <w:t>I am a software engineering student interested in backend development and software testing. I have worked on small web projects using JavaScript, Node.js, and MongoDB. I am currently looking for an internship where I can improve my practical development skills.</w:t>
      </w:r>
    </w:p>
    <w:p w14:paraId="5132431C" w14:textId="77777777" w:rsidR="000857DB" w:rsidRDefault="00000000">
      <w:r>
        <w:rPr>
          <w:b/>
        </w:rPr>
        <w:t xml:space="preserve">Interviewer: </w:t>
      </w:r>
      <w:r>
        <w:t>Can you describe one of your projects?</w:t>
      </w:r>
    </w:p>
    <w:p w14:paraId="104577EB" w14:textId="77777777" w:rsidR="000857DB" w:rsidRDefault="00000000">
      <w:r>
        <w:rPr>
          <w:b/>
        </w:rPr>
        <w:t xml:space="preserve">Candidate: </w:t>
      </w:r>
      <w:r>
        <w:t>Yes. I developed a task tracking system as a course project. The system allows users to create tasks, assign responsibilities, update progress, and view deadlines. I worked mainly on the backend part and implemented the task creation and update functions.</w:t>
      </w:r>
    </w:p>
    <w:p w14:paraId="541637AE" w14:textId="77777777" w:rsidR="000857DB" w:rsidRDefault="00000000">
      <w:r>
        <w:rPr>
          <w:b/>
        </w:rPr>
        <w:t xml:space="preserve">Interviewer: </w:t>
      </w:r>
      <w:r>
        <w:t>What was the most difficult part of the project?</w:t>
      </w:r>
    </w:p>
    <w:p w14:paraId="7362E8B9" w14:textId="77777777" w:rsidR="000857DB" w:rsidRDefault="00000000">
      <w:r>
        <w:rPr>
          <w:b/>
        </w:rPr>
        <w:t xml:space="preserve">Candidate: </w:t>
      </w:r>
      <w:r>
        <w:t>The most difficult part was handling validation errors correctly. At first, the system accepted empty task names. I fixed this problem by adding input validation and testing different cases. This helped me understand the importance of testing user input.</w:t>
      </w:r>
    </w:p>
    <w:p w14:paraId="3486EB3B" w14:textId="77777777" w:rsidR="000857DB" w:rsidRDefault="00000000">
      <w:r>
        <w:rPr>
          <w:b/>
        </w:rPr>
        <w:t xml:space="preserve">Interviewer: </w:t>
      </w:r>
      <w:r>
        <w:t>What would you like to improve?</w:t>
      </w:r>
    </w:p>
    <w:p w14:paraId="36FB112C" w14:textId="77777777" w:rsidR="000857DB" w:rsidRDefault="00000000">
      <w:r>
        <w:rPr>
          <w:b/>
        </w:rPr>
        <w:t xml:space="preserve">Candidate: </w:t>
      </w:r>
      <w:r>
        <w:t>I would like to improve my experience with cloud deployment. I have basic knowledge of deployment, but I need more practice with real systems.</w:t>
      </w:r>
    </w:p>
    <w:p w14:paraId="58CE9D8C" w14:textId="77777777" w:rsidR="000857DB" w:rsidRDefault="00000000">
      <w:pPr>
        <w:pStyle w:val="ExerciseTitle"/>
      </w:pPr>
      <w:r>
        <w:t>H1) Quick Check: True / False</w:t>
      </w:r>
    </w:p>
    <w:p w14:paraId="097EF887" w14:textId="77777777" w:rsidR="000857DB" w:rsidRDefault="00000000">
      <w:r>
        <w:t>1. The candidate is interested in backend development and software testing.  (T / F)</w:t>
      </w:r>
    </w:p>
    <w:p w14:paraId="6710FF66" w14:textId="77777777" w:rsidR="000857DB" w:rsidRDefault="00000000">
      <w:r>
        <w:t>2. The candidate developed a mobile game.  (T / F)</w:t>
      </w:r>
    </w:p>
    <w:p w14:paraId="1222DA47" w14:textId="77777777" w:rsidR="000857DB" w:rsidRDefault="00000000">
      <w:r>
        <w:t>3. The task tracking system allows users to create and update tasks.  (T / F)</w:t>
      </w:r>
    </w:p>
    <w:p w14:paraId="5E1C90AF" w14:textId="77777777" w:rsidR="000857DB" w:rsidRDefault="00000000">
      <w:r>
        <w:t>4. The candidate says that cloud deployment is an area to improve.  (T / F)</w:t>
      </w:r>
    </w:p>
    <w:p w14:paraId="08E780F0" w14:textId="77777777" w:rsidR="000857DB" w:rsidRDefault="00000000">
      <w:r>
        <w:t>5. The candidate claims to know everything about software development.  (T / F)</w:t>
      </w:r>
    </w:p>
    <w:p w14:paraId="344A383A" w14:textId="77777777" w:rsidR="000857DB" w:rsidRDefault="00000000">
      <w:pPr>
        <w:pStyle w:val="ExerciseTitle"/>
      </w:pPr>
      <w:r>
        <w:t>H2) Multiple Choice</w:t>
      </w:r>
    </w:p>
    <w:p w14:paraId="1E5BD606" w14:textId="77777777" w:rsidR="000857DB" w:rsidRDefault="00000000">
      <w:r>
        <w:t>1. Which technologies does the candidate mention?</w:t>
      </w:r>
    </w:p>
    <w:p w14:paraId="442E6C8F" w14:textId="77777777" w:rsidR="000857DB" w:rsidRDefault="00000000">
      <w:pPr>
        <w:pStyle w:val="Example"/>
      </w:pPr>
      <w:r>
        <w:t>A) JavaScript, Node.js, MongoDB</w:t>
      </w:r>
    </w:p>
    <w:p w14:paraId="4407959F" w14:textId="77777777" w:rsidR="000857DB" w:rsidRDefault="00000000">
      <w:pPr>
        <w:pStyle w:val="Example"/>
      </w:pPr>
      <w:r>
        <w:t>B) Photoshop, Excel, PowerPoint</w:t>
      </w:r>
    </w:p>
    <w:p w14:paraId="7203CF46" w14:textId="77777777" w:rsidR="000857DB" w:rsidRDefault="00000000">
      <w:pPr>
        <w:pStyle w:val="Example"/>
      </w:pPr>
      <w:r>
        <w:lastRenderedPageBreak/>
        <w:t>C) C, Assembly, MATLAB only</w:t>
      </w:r>
    </w:p>
    <w:p w14:paraId="17339A75" w14:textId="77777777" w:rsidR="000857DB" w:rsidRDefault="00000000">
      <w:pPr>
        <w:pStyle w:val="Example"/>
      </w:pPr>
      <w:r>
        <w:t>D) HTML only</w:t>
      </w:r>
    </w:p>
    <w:p w14:paraId="31B92EE1" w14:textId="77777777" w:rsidR="000857DB" w:rsidRDefault="00000000">
      <w:r>
        <w:t>2. What was the candidate’s main role in the project?</w:t>
      </w:r>
    </w:p>
    <w:p w14:paraId="2848464E" w14:textId="77777777" w:rsidR="000857DB" w:rsidRDefault="00000000">
      <w:pPr>
        <w:pStyle w:val="Example"/>
      </w:pPr>
      <w:r>
        <w:t>A) Marketing design</w:t>
      </w:r>
    </w:p>
    <w:p w14:paraId="77BDECA2" w14:textId="77777777" w:rsidR="000857DB" w:rsidRDefault="00000000">
      <w:pPr>
        <w:pStyle w:val="Example"/>
      </w:pPr>
      <w:r>
        <w:t>B) Backend development</w:t>
      </w:r>
    </w:p>
    <w:p w14:paraId="4C2BFBEF" w14:textId="77777777" w:rsidR="000857DB" w:rsidRDefault="00000000">
      <w:pPr>
        <w:pStyle w:val="Example"/>
      </w:pPr>
      <w:r>
        <w:t>C) Office management</w:t>
      </w:r>
    </w:p>
    <w:p w14:paraId="4E6CEE0B" w14:textId="77777777" w:rsidR="000857DB" w:rsidRDefault="00000000">
      <w:pPr>
        <w:pStyle w:val="Example"/>
      </w:pPr>
      <w:r>
        <w:t>D) Hardware repair</w:t>
      </w:r>
    </w:p>
    <w:p w14:paraId="43F4FD41" w14:textId="77777777" w:rsidR="000857DB" w:rsidRDefault="00000000">
      <w:r>
        <w:t>3. What problem did the system have at first?</w:t>
      </w:r>
    </w:p>
    <w:p w14:paraId="28A4779D" w14:textId="77777777" w:rsidR="000857DB" w:rsidRDefault="00000000">
      <w:pPr>
        <w:pStyle w:val="Example"/>
      </w:pPr>
      <w:r>
        <w:t>A) It accepted empty task names.</w:t>
      </w:r>
    </w:p>
    <w:p w14:paraId="488D8313" w14:textId="77777777" w:rsidR="000857DB" w:rsidRDefault="00000000">
      <w:pPr>
        <w:pStyle w:val="Example"/>
      </w:pPr>
      <w:r>
        <w:t>B) It deleted all users.</w:t>
      </w:r>
    </w:p>
    <w:p w14:paraId="77EA3CDA" w14:textId="77777777" w:rsidR="000857DB" w:rsidRDefault="00000000">
      <w:pPr>
        <w:pStyle w:val="Example"/>
      </w:pPr>
      <w:r>
        <w:t>C) It did not open any browser.</w:t>
      </w:r>
    </w:p>
    <w:p w14:paraId="702D65F0" w14:textId="77777777" w:rsidR="000857DB" w:rsidRDefault="00000000">
      <w:pPr>
        <w:pStyle w:val="Example"/>
      </w:pPr>
      <w:r>
        <w:t>D) It changed the computer language.</w:t>
      </w:r>
    </w:p>
    <w:p w14:paraId="18AC9403" w14:textId="77777777" w:rsidR="000857DB" w:rsidRDefault="00000000">
      <w:r>
        <w:t>4. What did the candidate learn?</w:t>
      </w:r>
    </w:p>
    <w:p w14:paraId="2FB6F941" w14:textId="77777777" w:rsidR="000857DB" w:rsidRDefault="00000000">
      <w:pPr>
        <w:pStyle w:val="Example"/>
      </w:pPr>
      <w:r>
        <w:t>A) The importance of testing user input</w:t>
      </w:r>
    </w:p>
    <w:p w14:paraId="1984F501" w14:textId="77777777" w:rsidR="000857DB" w:rsidRDefault="00000000">
      <w:pPr>
        <w:pStyle w:val="Example"/>
      </w:pPr>
      <w:r>
        <w:t>B) The importance of office decoration</w:t>
      </w:r>
    </w:p>
    <w:p w14:paraId="1CB7D84B" w14:textId="77777777" w:rsidR="000857DB" w:rsidRDefault="00000000">
      <w:pPr>
        <w:pStyle w:val="Example"/>
      </w:pPr>
      <w:r>
        <w:t>C) The importance of ignoring bugs</w:t>
      </w:r>
    </w:p>
    <w:p w14:paraId="53F1802C" w14:textId="77777777" w:rsidR="000857DB" w:rsidRDefault="00000000">
      <w:pPr>
        <w:pStyle w:val="Example"/>
      </w:pPr>
      <w:r>
        <w:t>D) The importance of hiding errors</w:t>
      </w:r>
    </w:p>
    <w:p w14:paraId="72CF0A66" w14:textId="77777777" w:rsidR="000857DB" w:rsidRDefault="00000000">
      <w:pPr>
        <w:pStyle w:val="Balk1"/>
      </w:pPr>
      <w:r>
        <w:t>BÖLÜM I: Professional Language: Too General vs Specific</w:t>
      </w:r>
    </w:p>
    <w:p w14:paraId="0BCED2E9" w14:textId="77777777" w:rsidR="000857DB" w:rsidRDefault="00000000">
      <w:pPr>
        <w:pStyle w:val="Balk2"/>
      </w:pPr>
      <w:r>
        <w:t>I1) Genel ifadeler neden zayıftır?</w:t>
      </w:r>
    </w:p>
    <w:p w14:paraId="187DDED5" w14:textId="77777777" w:rsidR="000857DB" w:rsidRDefault="00000000">
      <w:r>
        <w:t>CV, cover letter ve interview cevaplarında çok genel ifadeler yeterli değildir. Öğrenci teknik becerilerini somutlaştırmalıdır.</w:t>
      </w:r>
    </w:p>
    <w:p w14:paraId="2FDA4EF9" w14:textId="77777777" w:rsidR="000857DB" w:rsidRDefault="00000000">
      <w:r>
        <w:rPr>
          <w:b/>
        </w:rPr>
        <w:t>Too general:</w:t>
      </w:r>
    </w:p>
    <w:p w14:paraId="651465C5" w14:textId="77777777" w:rsidR="000857DB" w:rsidRDefault="00000000">
      <w:pPr>
        <w:pStyle w:val="ListeMaddemi"/>
      </w:pPr>
      <w:r>
        <w:t>I know software.</w:t>
      </w:r>
    </w:p>
    <w:p w14:paraId="5A912310" w14:textId="77777777" w:rsidR="000857DB" w:rsidRDefault="00000000">
      <w:pPr>
        <w:pStyle w:val="ListeMaddemi"/>
      </w:pPr>
      <w:r>
        <w:t>I made projects.</w:t>
      </w:r>
    </w:p>
    <w:p w14:paraId="0CFAF741" w14:textId="77777777" w:rsidR="000857DB" w:rsidRDefault="00000000">
      <w:pPr>
        <w:pStyle w:val="ListeMaddemi"/>
      </w:pPr>
      <w:r>
        <w:t>I am hardworking.</w:t>
      </w:r>
    </w:p>
    <w:p w14:paraId="12EC354F" w14:textId="77777777" w:rsidR="000857DB" w:rsidRDefault="00000000">
      <w:pPr>
        <w:pStyle w:val="ListeMaddemi"/>
      </w:pPr>
      <w:r>
        <w:t>I am good at everything.</w:t>
      </w:r>
    </w:p>
    <w:p w14:paraId="0AC5D020" w14:textId="77777777" w:rsidR="000857DB" w:rsidRDefault="00000000">
      <w:r>
        <w:rPr>
          <w:b/>
        </w:rPr>
        <w:t>More specific:</w:t>
      </w:r>
    </w:p>
    <w:p w14:paraId="61CE067B" w14:textId="77777777" w:rsidR="000857DB" w:rsidRDefault="00000000">
      <w:pPr>
        <w:pStyle w:val="ListeMaddemi"/>
      </w:pPr>
      <w:r>
        <w:t>I have experience with Java and SQL.</w:t>
      </w:r>
    </w:p>
    <w:p w14:paraId="37DB98FE" w14:textId="77777777" w:rsidR="000857DB" w:rsidRDefault="00000000">
      <w:pPr>
        <w:pStyle w:val="ListeMaddemi"/>
      </w:pPr>
      <w:r>
        <w:t>I developed a web-based library management system.</w:t>
      </w:r>
    </w:p>
    <w:p w14:paraId="7E8908DC" w14:textId="77777777" w:rsidR="000857DB" w:rsidRDefault="00000000">
      <w:pPr>
        <w:pStyle w:val="ListeMaddemi"/>
      </w:pPr>
      <w:r>
        <w:t>I completed project tasks on time and communicated regularly with my team.</w:t>
      </w:r>
    </w:p>
    <w:p w14:paraId="6A25CFCA" w14:textId="77777777" w:rsidR="000857DB" w:rsidRDefault="00000000">
      <w:pPr>
        <w:pStyle w:val="ListeMaddemi"/>
      </w:pPr>
      <w:r>
        <w:t>I am interested in backend development and software testing.</w:t>
      </w:r>
    </w:p>
    <w:p w14:paraId="47A15991" w14:textId="77777777" w:rsidR="000857DB" w:rsidRDefault="00000000">
      <w:pPr>
        <w:pStyle w:val="Balk2"/>
      </w:pPr>
      <w:r>
        <w:t>I2) Professional adjectives</w:t>
      </w:r>
    </w:p>
    <w:p w14:paraId="13F5D9B5" w14:textId="77777777" w:rsidR="000857DB" w:rsidRDefault="00000000">
      <w:r>
        <w:rPr>
          <w:b/>
        </w:rPr>
        <w:t>Useful adjectives:</w:t>
      </w:r>
    </w:p>
    <w:p w14:paraId="59ADB9E9" w14:textId="77777777" w:rsidR="000857DB" w:rsidRDefault="00000000">
      <w:pPr>
        <w:pStyle w:val="ListeMaddemi"/>
      </w:pPr>
      <w:r>
        <w:t>reliable</w:t>
      </w:r>
    </w:p>
    <w:p w14:paraId="78C21295" w14:textId="77777777" w:rsidR="000857DB" w:rsidRDefault="00000000">
      <w:pPr>
        <w:pStyle w:val="ListeMaddemi"/>
      </w:pPr>
      <w:r>
        <w:t>careful</w:t>
      </w:r>
    </w:p>
    <w:p w14:paraId="484FD065" w14:textId="77777777" w:rsidR="000857DB" w:rsidRDefault="00000000">
      <w:pPr>
        <w:pStyle w:val="ListeMaddemi"/>
      </w:pPr>
      <w:r>
        <w:t>organized</w:t>
      </w:r>
    </w:p>
    <w:p w14:paraId="38FA8CAE" w14:textId="77777777" w:rsidR="000857DB" w:rsidRDefault="00000000">
      <w:pPr>
        <w:pStyle w:val="ListeMaddemi"/>
      </w:pPr>
      <w:r>
        <w:lastRenderedPageBreak/>
        <w:t>curious</w:t>
      </w:r>
    </w:p>
    <w:p w14:paraId="7EF3CED1" w14:textId="77777777" w:rsidR="000857DB" w:rsidRDefault="00000000">
      <w:pPr>
        <w:pStyle w:val="ListeMaddemi"/>
      </w:pPr>
      <w:r>
        <w:t>responsible</w:t>
      </w:r>
    </w:p>
    <w:p w14:paraId="6A521F6F" w14:textId="77777777" w:rsidR="000857DB" w:rsidRDefault="00000000">
      <w:pPr>
        <w:pStyle w:val="ListeMaddemi"/>
      </w:pPr>
      <w:r>
        <w:t>motivated</w:t>
      </w:r>
    </w:p>
    <w:p w14:paraId="6B8CDABC" w14:textId="77777777" w:rsidR="000857DB" w:rsidRDefault="00000000">
      <w:pPr>
        <w:pStyle w:val="ListeMaddemi"/>
      </w:pPr>
      <w:r>
        <w:t>detail-oriented</w:t>
      </w:r>
    </w:p>
    <w:p w14:paraId="15B05057" w14:textId="77777777" w:rsidR="000857DB" w:rsidRDefault="00000000">
      <w:pPr>
        <w:pStyle w:val="ListeMaddemi"/>
      </w:pPr>
      <w:r>
        <w:t>collaborative</w:t>
      </w:r>
    </w:p>
    <w:p w14:paraId="2806DEC4" w14:textId="77777777" w:rsidR="000857DB" w:rsidRDefault="00000000">
      <w:pPr>
        <w:pStyle w:val="ListeMaddemi"/>
      </w:pPr>
      <w:r>
        <w:t>adaptable</w:t>
      </w:r>
    </w:p>
    <w:p w14:paraId="2A9CD1C8" w14:textId="77777777" w:rsidR="000857DB" w:rsidRDefault="00000000">
      <w:r>
        <w:rPr>
          <w:b/>
        </w:rPr>
        <w:t>Examples:</w:t>
      </w:r>
    </w:p>
    <w:p w14:paraId="5D28B18F" w14:textId="77777777" w:rsidR="000857DB" w:rsidRDefault="00000000">
      <w:pPr>
        <w:pStyle w:val="ListeMaddemi"/>
      </w:pPr>
      <w:r>
        <w:t>I am a motivated software engineering student.</w:t>
      </w:r>
    </w:p>
    <w:p w14:paraId="7D3094DC" w14:textId="77777777" w:rsidR="000857DB" w:rsidRDefault="00000000">
      <w:pPr>
        <w:pStyle w:val="ListeMaddemi"/>
      </w:pPr>
      <w:r>
        <w:t>I try to be careful and detail-oriented when testing software.</w:t>
      </w:r>
    </w:p>
    <w:p w14:paraId="4BCBBAED" w14:textId="77777777" w:rsidR="000857DB" w:rsidRDefault="00000000">
      <w:pPr>
        <w:pStyle w:val="ListeMaddemi"/>
      </w:pPr>
      <w:r>
        <w:t>I am comfortable working in a collaborative team environment.</w:t>
      </w:r>
    </w:p>
    <w:p w14:paraId="61CEEB70" w14:textId="77777777" w:rsidR="000857DB" w:rsidRDefault="00000000">
      <w:pPr>
        <w:pStyle w:val="ListeMaddemi"/>
      </w:pPr>
      <w:r>
        <w:t>I am curious about backend development and database systems.</w:t>
      </w:r>
    </w:p>
    <w:p w14:paraId="5A2B239E" w14:textId="77777777" w:rsidR="000857DB" w:rsidRDefault="00000000">
      <w:pPr>
        <w:pStyle w:val="ExerciseTitle"/>
      </w:pPr>
      <w:r>
        <w:t>I3) Choose the more professional sentence</w:t>
      </w:r>
    </w:p>
    <w:p w14:paraId="44024EDF" w14:textId="77777777" w:rsidR="000857DB" w:rsidRDefault="00000000">
      <w:r>
        <w:t xml:space="preserve">1. </w:t>
      </w:r>
    </w:p>
    <w:p w14:paraId="27989F20" w14:textId="77777777" w:rsidR="000857DB" w:rsidRDefault="00000000">
      <w:pPr>
        <w:pStyle w:val="Example"/>
      </w:pPr>
      <w:r>
        <w:t>A) I am very very good.</w:t>
      </w:r>
    </w:p>
    <w:p w14:paraId="251D477F" w14:textId="77777777" w:rsidR="000857DB" w:rsidRDefault="00000000">
      <w:pPr>
        <w:pStyle w:val="Example"/>
      </w:pPr>
      <w:r>
        <w:t>B) I am a motivated software engineering student with an interest in backend development.</w:t>
      </w:r>
    </w:p>
    <w:p w14:paraId="6F4CA7CE" w14:textId="77777777" w:rsidR="000857DB" w:rsidRDefault="00000000">
      <w:r>
        <w:t xml:space="preserve">2. </w:t>
      </w:r>
    </w:p>
    <w:p w14:paraId="6ACE6D6A" w14:textId="77777777" w:rsidR="000857DB" w:rsidRDefault="00000000">
      <w:pPr>
        <w:pStyle w:val="Example"/>
      </w:pPr>
      <w:r>
        <w:t>A) I did many things.</w:t>
      </w:r>
    </w:p>
    <w:p w14:paraId="0C4864C9" w14:textId="77777777" w:rsidR="000857DB" w:rsidRDefault="00000000">
      <w:pPr>
        <w:pStyle w:val="Example"/>
      </w:pPr>
      <w:r>
        <w:t>B) I developed and tested the login module in a course project.</w:t>
      </w:r>
    </w:p>
    <w:p w14:paraId="504F2E70" w14:textId="77777777" w:rsidR="000857DB" w:rsidRDefault="00000000">
      <w:r>
        <w:t xml:space="preserve">3. </w:t>
      </w:r>
    </w:p>
    <w:p w14:paraId="08B55A1B" w14:textId="77777777" w:rsidR="000857DB" w:rsidRDefault="00000000">
      <w:pPr>
        <w:pStyle w:val="Example"/>
      </w:pPr>
      <w:r>
        <w:t>A) My project is perfect.</w:t>
      </w:r>
    </w:p>
    <w:p w14:paraId="304E6200" w14:textId="77777777" w:rsidR="000857DB" w:rsidRDefault="00000000">
      <w:pPr>
        <w:pStyle w:val="Example"/>
      </w:pPr>
      <w:r>
        <w:t>B) The project works correctly for the main user scenarios, but further testing is needed.</w:t>
      </w:r>
    </w:p>
    <w:p w14:paraId="4A126993" w14:textId="77777777" w:rsidR="000857DB" w:rsidRDefault="00000000">
      <w:r>
        <w:t xml:space="preserve">4. </w:t>
      </w:r>
    </w:p>
    <w:p w14:paraId="3F69027F" w14:textId="77777777" w:rsidR="000857DB" w:rsidRDefault="00000000">
      <w:pPr>
        <w:pStyle w:val="Example"/>
      </w:pPr>
      <w:r>
        <w:t>A) I know databases.</w:t>
      </w:r>
    </w:p>
    <w:p w14:paraId="3A9190AA" w14:textId="77777777" w:rsidR="000857DB" w:rsidRDefault="00000000">
      <w:pPr>
        <w:pStyle w:val="Example"/>
      </w:pPr>
      <w:r>
        <w:t>B) I designed basic SQL tables for a student information system.</w:t>
      </w:r>
    </w:p>
    <w:p w14:paraId="7D678B04" w14:textId="77777777" w:rsidR="000857DB" w:rsidRDefault="00000000">
      <w:r>
        <w:t xml:space="preserve">5. </w:t>
      </w:r>
    </w:p>
    <w:p w14:paraId="084D20AD" w14:textId="77777777" w:rsidR="000857DB" w:rsidRDefault="00000000">
      <w:pPr>
        <w:pStyle w:val="Example"/>
      </w:pPr>
      <w:r>
        <w:t>A) I am not bad at teamwork.</w:t>
      </w:r>
    </w:p>
    <w:p w14:paraId="11EB4905" w14:textId="77777777" w:rsidR="000857DB" w:rsidRDefault="00000000">
      <w:pPr>
        <w:pStyle w:val="Example"/>
      </w:pPr>
      <w:r>
        <w:t>B) I can communicate clearly and collaborate with team members.</w:t>
      </w:r>
    </w:p>
    <w:p w14:paraId="0A5CF2D3" w14:textId="77777777" w:rsidR="000857DB" w:rsidRDefault="00000000">
      <w:pPr>
        <w:pStyle w:val="Balk1"/>
      </w:pPr>
      <w:r>
        <w:t>BÖLÜM J: Translation Practice</w:t>
      </w:r>
    </w:p>
    <w:p w14:paraId="2ADC505C" w14:textId="77777777" w:rsidR="000857DB" w:rsidRDefault="00000000">
      <w:pPr>
        <w:pStyle w:val="ExerciseTitle"/>
      </w:pPr>
      <w:r>
        <w:t>J1) Translate into Turkish</w:t>
      </w:r>
    </w:p>
    <w:p w14:paraId="6103ACBE" w14:textId="77777777" w:rsidR="000857DB" w:rsidRDefault="00000000">
      <w:r>
        <w:t>1. I am a software engineering student interested in backend development.</w:t>
      </w:r>
    </w:p>
    <w:p w14:paraId="6506CE43" w14:textId="77777777" w:rsidR="000857DB" w:rsidRDefault="00000000">
      <w:r>
        <w:t>2. I have experience with Java, SQL, and basic web development.</w:t>
      </w:r>
    </w:p>
    <w:p w14:paraId="5123C6FE" w14:textId="77777777" w:rsidR="000857DB" w:rsidRDefault="00000000">
      <w:r>
        <w:t>3. I developed a task tracking system as a course project.</w:t>
      </w:r>
    </w:p>
    <w:p w14:paraId="6495D244" w14:textId="77777777" w:rsidR="000857DB" w:rsidRDefault="00000000">
      <w:r>
        <w:t>4. My main contribution was implementing the user login function.</w:t>
      </w:r>
    </w:p>
    <w:p w14:paraId="62B06C4B" w14:textId="77777777" w:rsidR="000857DB" w:rsidRDefault="00000000">
      <w:r>
        <w:t>5. I would like to improve my experience with cloud deployment.</w:t>
      </w:r>
    </w:p>
    <w:p w14:paraId="2537612C" w14:textId="77777777" w:rsidR="000857DB" w:rsidRDefault="00000000">
      <w:r>
        <w:t>6. The project allows users to create, update, and delete tasks.</w:t>
      </w:r>
    </w:p>
    <w:p w14:paraId="5897AC59" w14:textId="77777777" w:rsidR="000857DB" w:rsidRDefault="00000000">
      <w:r>
        <w:t>7. I am looking for an internship where I can improve my practical skills.</w:t>
      </w:r>
    </w:p>
    <w:p w14:paraId="4DBBCA97" w14:textId="77777777" w:rsidR="000857DB" w:rsidRDefault="00000000">
      <w:r>
        <w:lastRenderedPageBreak/>
        <w:t>8. I would be happy to discuss my application in an interview.</w:t>
      </w:r>
    </w:p>
    <w:p w14:paraId="3857F127" w14:textId="77777777" w:rsidR="000857DB" w:rsidRDefault="00000000">
      <w:r>
        <w:t>9. A good portfolio explains the purpose, technologies, and contribution of each project.</w:t>
      </w:r>
    </w:p>
    <w:p w14:paraId="20CB2708" w14:textId="77777777" w:rsidR="000857DB" w:rsidRDefault="00000000">
      <w:r>
        <w:t>10. I first try to reproduce the problem and check the logs.</w:t>
      </w:r>
    </w:p>
    <w:p w14:paraId="2CA52AC9" w14:textId="77777777" w:rsidR="000857DB" w:rsidRDefault="00000000">
      <w:pPr>
        <w:pStyle w:val="ExerciseTitle"/>
      </w:pPr>
      <w:r>
        <w:t>J2) Translate into English</w:t>
      </w:r>
    </w:p>
    <w:p w14:paraId="5767226E" w14:textId="77777777" w:rsidR="000857DB" w:rsidRDefault="00000000">
      <w:r>
        <w:t>1. Ben backend geliştirme ile ilgilenen bir yazılım mühendisliği öğrencisiyim.</w:t>
      </w:r>
    </w:p>
    <w:p w14:paraId="2AA0C5C1" w14:textId="77777777" w:rsidR="000857DB" w:rsidRDefault="00000000">
      <w:r>
        <w:t>2. Java, SQL ve temel web geliştirme konusunda deneyimim var.</w:t>
      </w:r>
    </w:p>
    <w:p w14:paraId="74CF5740" w14:textId="77777777" w:rsidR="000857DB" w:rsidRDefault="00000000">
      <w:r>
        <w:t>3. Ders projesi olarak bir görev takip sistemi geliştirdim.</w:t>
      </w:r>
    </w:p>
    <w:p w14:paraId="51531FCB" w14:textId="77777777" w:rsidR="000857DB" w:rsidRDefault="00000000">
      <w:r>
        <w:t>4. Projedeki temel katkım kullanıcı giriş fonksiyonunu geliştirmekti.</w:t>
      </w:r>
    </w:p>
    <w:p w14:paraId="7CF79E29" w14:textId="77777777" w:rsidR="000857DB" w:rsidRDefault="00000000">
      <w:r>
        <w:t>5. Bulut dağıtımı konusundaki deneyimimi geliştirmek istiyorum.</w:t>
      </w:r>
    </w:p>
    <w:p w14:paraId="427B8EEB" w14:textId="77777777" w:rsidR="000857DB" w:rsidRDefault="00000000">
      <w:r>
        <w:t>6. Sistem kullanıcıların görev oluşturmasına, güncellemesine ve silmesine izin verir.</w:t>
      </w:r>
    </w:p>
    <w:p w14:paraId="1926A950" w14:textId="77777777" w:rsidR="000857DB" w:rsidRDefault="00000000">
      <w:r>
        <w:t>7. Pratik becerilerimi geliştirebileceğim bir staj arıyorum.</w:t>
      </w:r>
    </w:p>
    <w:p w14:paraId="7B3A10AA" w14:textId="77777777" w:rsidR="000857DB" w:rsidRDefault="00000000">
      <w:r>
        <w:t>8. Başvurumu bir görüşmede konuşmaktan memnuniyet duyarım.</w:t>
      </w:r>
    </w:p>
    <w:p w14:paraId="7D9E4935" w14:textId="77777777" w:rsidR="000857DB" w:rsidRDefault="00000000">
      <w:r>
        <w:t>9. İyi bir portfolyo her projenin amacını, teknolojilerini ve katkıyı açıklar.</w:t>
      </w:r>
    </w:p>
    <w:p w14:paraId="3C6B7568" w14:textId="77777777" w:rsidR="000857DB" w:rsidRDefault="00000000">
      <w:r>
        <w:t>10. Önce problemi yeniden üretmeye ve logları kontrol etmeye çalışırım.</w:t>
      </w:r>
    </w:p>
    <w:p w14:paraId="0183FA11" w14:textId="77777777" w:rsidR="000857DB" w:rsidRDefault="00000000">
      <w:pPr>
        <w:pStyle w:val="Balk1"/>
      </w:pPr>
      <w:r>
        <w:t>BÖLÜM K: Final Review Exercises</w:t>
      </w:r>
    </w:p>
    <w:p w14:paraId="3F1D0524" w14:textId="77777777" w:rsidR="000857DB" w:rsidRDefault="00000000">
      <w:pPr>
        <w:pStyle w:val="ExerciseTitle"/>
      </w:pPr>
      <w:r>
        <w:t>K1) Fill in the blanks</w:t>
      </w:r>
    </w:p>
    <w:p w14:paraId="575AFAF0" w14:textId="77777777" w:rsidR="000857DB" w:rsidRDefault="00000000">
      <w:r>
        <w:t>Use the words: portfolio, internship, candidate, contribution, repository, interview, experience, skills</w:t>
      </w:r>
    </w:p>
    <w:p w14:paraId="5859ABB8" w14:textId="77777777" w:rsidR="000857DB" w:rsidRDefault="00000000">
      <w:r>
        <w:t>1. A ______ is a collection of projects that shows a student’s work.</w:t>
      </w:r>
    </w:p>
    <w:p w14:paraId="031D8638" w14:textId="77777777" w:rsidR="000857DB" w:rsidRDefault="00000000">
      <w:r>
        <w:t>2. A GitHub ______ can include the source code of a project.</w:t>
      </w:r>
    </w:p>
    <w:p w14:paraId="1EB2B3B0" w14:textId="77777777" w:rsidR="000857DB" w:rsidRDefault="00000000">
      <w:r>
        <w:t>3. A student may apply for an ______ before graduation.</w:t>
      </w:r>
    </w:p>
    <w:p w14:paraId="48A43A43" w14:textId="77777777" w:rsidR="000857DB" w:rsidRDefault="00000000">
      <w:r>
        <w:t>4. In a job ______, the candidate answers questions about skills and experience.</w:t>
      </w:r>
    </w:p>
    <w:p w14:paraId="5F5BE638" w14:textId="77777777" w:rsidR="000857DB" w:rsidRDefault="00000000">
      <w:r>
        <w:t>5. My main ______ was designing the database tables.</w:t>
      </w:r>
    </w:p>
    <w:p w14:paraId="639BCFED" w14:textId="77777777" w:rsidR="000857DB" w:rsidRDefault="00000000">
      <w:r>
        <w:t>6. A strong ______ can explain projects clearly.</w:t>
      </w:r>
    </w:p>
    <w:p w14:paraId="6B84B247" w14:textId="77777777" w:rsidR="000857DB" w:rsidRDefault="00000000">
      <w:r>
        <w:t>7. I have ______ with Java and SQL.</w:t>
      </w:r>
    </w:p>
    <w:p w14:paraId="5CB83F4F" w14:textId="77777777" w:rsidR="000857DB" w:rsidRDefault="00000000">
      <w:r>
        <w:t>8. Technical ______ should be described honestly.</w:t>
      </w:r>
    </w:p>
    <w:p w14:paraId="23619ABC" w14:textId="77777777" w:rsidR="000857DB" w:rsidRDefault="00000000">
      <w:pPr>
        <w:pStyle w:val="ExerciseTitle"/>
      </w:pPr>
      <w:r>
        <w:t>K2) Match the terms with definitions</w:t>
      </w:r>
    </w:p>
    <w:tbl>
      <w:tblPr>
        <w:tblStyle w:val="TabloKlavuzu"/>
        <w:tblW w:w="0" w:type="auto"/>
        <w:jc w:val="center"/>
        <w:tblLook w:val="04A0" w:firstRow="1" w:lastRow="0" w:firstColumn="1" w:lastColumn="0" w:noHBand="0" w:noVBand="1"/>
      </w:tblPr>
      <w:tblGrid>
        <w:gridCol w:w="4986"/>
        <w:gridCol w:w="4986"/>
      </w:tblGrid>
      <w:tr w:rsidR="000857DB" w14:paraId="11B500D7" w14:textId="77777777">
        <w:trPr>
          <w:jc w:val="center"/>
        </w:trPr>
        <w:tc>
          <w:tcPr>
            <w:tcW w:w="4986" w:type="dxa"/>
            <w:shd w:val="clear" w:color="auto" w:fill="D9EAF7"/>
            <w:vAlign w:val="center"/>
          </w:tcPr>
          <w:p w14:paraId="7279DA63" w14:textId="77777777" w:rsidR="000857DB" w:rsidRDefault="00000000">
            <w:pPr>
              <w:spacing w:after="0"/>
            </w:pPr>
            <w:r>
              <w:rPr>
                <w:b/>
                <w:sz w:val="20"/>
              </w:rPr>
              <w:t>Term</w:t>
            </w:r>
          </w:p>
        </w:tc>
        <w:tc>
          <w:tcPr>
            <w:tcW w:w="4986" w:type="dxa"/>
            <w:shd w:val="clear" w:color="auto" w:fill="D9EAF7"/>
            <w:vAlign w:val="center"/>
          </w:tcPr>
          <w:p w14:paraId="47BBFBBB" w14:textId="77777777" w:rsidR="000857DB" w:rsidRDefault="00000000">
            <w:pPr>
              <w:spacing w:after="0"/>
            </w:pPr>
            <w:r>
              <w:rPr>
                <w:b/>
                <w:sz w:val="20"/>
              </w:rPr>
              <w:t>Definition</w:t>
            </w:r>
          </w:p>
        </w:tc>
      </w:tr>
      <w:tr w:rsidR="000857DB" w14:paraId="3200EFC1" w14:textId="77777777">
        <w:trPr>
          <w:jc w:val="center"/>
        </w:trPr>
        <w:tc>
          <w:tcPr>
            <w:tcW w:w="4986" w:type="dxa"/>
            <w:vAlign w:val="center"/>
          </w:tcPr>
          <w:p w14:paraId="67EDEBA7" w14:textId="77777777" w:rsidR="000857DB" w:rsidRDefault="00000000">
            <w:pPr>
              <w:spacing w:after="0"/>
            </w:pPr>
            <w:r>
              <w:rPr>
                <w:sz w:val="20"/>
              </w:rPr>
              <w:t>1. cover letter</w:t>
            </w:r>
          </w:p>
        </w:tc>
        <w:tc>
          <w:tcPr>
            <w:tcW w:w="4986" w:type="dxa"/>
            <w:vAlign w:val="center"/>
          </w:tcPr>
          <w:p w14:paraId="2D7664AC" w14:textId="77777777" w:rsidR="000857DB" w:rsidRDefault="00000000">
            <w:pPr>
              <w:spacing w:after="0"/>
            </w:pPr>
            <w:r>
              <w:rPr>
                <w:sz w:val="20"/>
              </w:rPr>
              <w:t>a. a meeting where a candidate answers questions</w:t>
            </w:r>
          </w:p>
        </w:tc>
      </w:tr>
      <w:tr w:rsidR="000857DB" w14:paraId="0A4CBCDB" w14:textId="77777777">
        <w:trPr>
          <w:jc w:val="center"/>
        </w:trPr>
        <w:tc>
          <w:tcPr>
            <w:tcW w:w="4986" w:type="dxa"/>
            <w:vAlign w:val="center"/>
          </w:tcPr>
          <w:p w14:paraId="68FA8DB6" w14:textId="77777777" w:rsidR="000857DB" w:rsidRDefault="00000000">
            <w:pPr>
              <w:spacing w:after="0"/>
            </w:pPr>
            <w:r>
              <w:rPr>
                <w:sz w:val="20"/>
              </w:rPr>
              <w:t>2. CV</w:t>
            </w:r>
          </w:p>
        </w:tc>
        <w:tc>
          <w:tcPr>
            <w:tcW w:w="4986" w:type="dxa"/>
            <w:vAlign w:val="center"/>
          </w:tcPr>
          <w:p w14:paraId="6F1B6DB5" w14:textId="77777777" w:rsidR="000857DB" w:rsidRDefault="00000000">
            <w:pPr>
              <w:spacing w:after="0"/>
            </w:pPr>
            <w:r>
              <w:rPr>
                <w:sz w:val="20"/>
              </w:rPr>
              <w:t>b. a document that lists education, skills, and experience</w:t>
            </w:r>
          </w:p>
        </w:tc>
      </w:tr>
      <w:tr w:rsidR="000857DB" w14:paraId="01E1F4D3" w14:textId="77777777">
        <w:trPr>
          <w:jc w:val="center"/>
        </w:trPr>
        <w:tc>
          <w:tcPr>
            <w:tcW w:w="4986" w:type="dxa"/>
            <w:vAlign w:val="center"/>
          </w:tcPr>
          <w:p w14:paraId="3CF5DA07" w14:textId="77777777" w:rsidR="000857DB" w:rsidRDefault="00000000">
            <w:pPr>
              <w:spacing w:after="0"/>
            </w:pPr>
            <w:r>
              <w:rPr>
                <w:sz w:val="20"/>
              </w:rPr>
              <w:t>3. portfolio</w:t>
            </w:r>
          </w:p>
        </w:tc>
        <w:tc>
          <w:tcPr>
            <w:tcW w:w="4986" w:type="dxa"/>
            <w:vAlign w:val="center"/>
          </w:tcPr>
          <w:p w14:paraId="3EBA086C" w14:textId="77777777" w:rsidR="000857DB" w:rsidRDefault="00000000">
            <w:pPr>
              <w:spacing w:after="0"/>
            </w:pPr>
            <w:r>
              <w:rPr>
                <w:sz w:val="20"/>
              </w:rPr>
              <w:t>c. a short application letter</w:t>
            </w:r>
          </w:p>
        </w:tc>
      </w:tr>
      <w:tr w:rsidR="000857DB" w14:paraId="1F7E8A1D" w14:textId="77777777">
        <w:trPr>
          <w:jc w:val="center"/>
        </w:trPr>
        <w:tc>
          <w:tcPr>
            <w:tcW w:w="4986" w:type="dxa"/>
            <w:vAlign w:val="center"/>
          </w:tcPr>
          <w:p w14:paraId="5479F11B" w14:textId="77777777" w:rsidR="000857DB" w:rsidRDefault="00000000">
            <w:pPr>
              <w:spacing w:after="0"/>
            </w:pPr>
            <w:r>
              <w:rPr>
                <w:sz w:val="20"/>
              </w:rPr>
              <w:t>4. repository</w:t>
            </w:r>
          </w:p>
        </w:tc>
        <w:tc>
          <w:tcPr>
            <w:tcW w:w="4986" w:type="dxa"/>
            <w:vAlign w:val="center"/>
          </w:tcPr>
          <w:p w14:paraId="65238A53" w14:textId="77777777" w:rsidR="000857DB" w:rsidRDefault="00000000">
            <w:pPr>
              <w:spacing w:after="0"/>
            </w:pPr>
            <w:r>
              <w:rPr>
                <w:sz w:val="20"/>
              </w:rPr>
              <w:t>d. a place where project code is stored</w:t>
            </w:r>
          </w:p>
        </w:tc>
      </w:tr>
      <w:tr w:rsidR="000857DB" w14:paraId="5033B913" w14:textId="77777777">
        <w:trPr>
          <w:jc w:val="center"/>
        </w:trPr>
        <w:tc>
          <w:tcPr>
            <w:tcW w:w="4986" w:type="dxa"/>
            <w:vAlign w:val="center"/>
          </w:tcPr>
          <w:p w14:paraId="54854CF5" w14:textId="77777777" w:rsidR="000857DB" w:rsidRDefault="00000000">
            <w:pPr>
              <w:spacing w:after="0"/>
            </w:pPr>
            <w:r>
              <w:rPr>
                <w:sz w:val="20"/>
              </w:rPr>
              <w:t>5. interview</w:t>
            </w:r>
          </w:p>
        </w:tc>
        <w:tc>
          <w:tcPr>
            <w:tcW w:w="4986" w:type="dxa"/>
            <w:vAlign w:val="center"/>
          </w:tcPr>
          <w:p w14:paraId="18E6255A" w14:textId="77777777" w:rsidR="000857DB" w:rsidRDefault="00000000">
            <w:pPr>
              <w:spacing w:after="0"/>
            </w:pPr>
            <w:r>
              <w:rPr>
                <w:sz w:val="20"/>
              </w:rPr>
              <w:t>e. a collection of projects and work samples</w:t>
            </w:r>
          </w:p>
        </w:tc>
      </w:tr>
    </w:tbl>
    <w:p w14:paraId="6B4FDD66" w14:textId="77777777" w:rsidR="000857DB" w:rsidRDefault="000857DB"/>
    <w:p w14:paraId="71ED878A" w14:textId="77777777" w:rsidR="000857DB" w:rsidRDefault="00000000">
      <w:pPr>
        <w:pStyle w:val="ExerciseTitle"/>
      </w:pPr>
      <w:r>
        <w:t>K3) Choose the best option</w:t>
      </w:r>
    </w:p>
    <w:p w14:paraId="4075B224" w14:textId="77777777" w:rsidR="000857DB" w:rsidRDefault="00000000">
      <w:r>
        <w:lastRenderedPageBreak/>
        <w:t>1. Which sentence is most suitable for a CV?</w:t>
      </w:r>
    </w:p>
    <w:p w14:paraId="7E3FF667" w14:textId="77777777" w:rsidR="000857DB" w:rsidRDefault="00000000">
      <w:pPr>
        <w:pStyle w:val="Example"/>
      </w:pPr>
      <w:r>
        <w:t>A) I did software stuff.</w:t>
      </w:r>
    </w:p>
    <w:p w14:paraId="76DCB9C3" w14:textId="77777777" w:rsidR="000857DB" w:rsidRDefault="00000000">
      <w:pPr>
        <w:pStyle w:val="Example"/>
      </w:pPr>
      <w:r>
        <w:t>B) Developed a web-based library management system using Java and MySQL.</w:t>
      </w:r>
    </w:p>
    <w:p w14:paraId="0CCF60DC" w14:textId="77777777" w:rsidR="000857DB" w:rsidRDefault="00000000">
      <w:pPr>
        <w:pStyle w:val="Example"/>
      </w:pPr>
      <w:r>
        <w:t>C) I am the best programmer.</w:t>
      </w:r>
    </w:p>
    <w:p w14:paraId="0AC38482" w14:textId="77777777" w:rsidR="000857DB" w:rsidRDefault="00000000">
      <w:pPr>
        <w:pStyle w:val="Example"/>
      </w:pPr>
      <w:r>
        <w:t>D) I want a job quickly.</w:t>
      </w:r>
    </w:p>
    <w:p w14:paraId="09BF25A1" w14:textId="77777777" w:rsidR="000857DB" w:rsidRDefault="00000000">
      <w:r>
        <w:t>2. Which expression is more professional?</w:t>
      </w:r>
    </w:p>
    <w:p w14:paraId="05134006" w14:textId="77777777" w:rsidR="000857DB" w:rsidRDefault="00000000">
      <w:pPr>
        <w:pStyle w:val="Example"/>
      </w:pPr>
      <w:r>
        <w:t>A) I know everything.</w:t>
      </w:r>
    </w:p>
    <w:p w14:paraId="4E8BD1F0" w14:textId="77777777" w:rsidR="000857DB" w:rsidRDefault="00000000">
      <w:pPr>
        <w:pStyle w:val="Example"/>
      </w:pPr>
      <w:r>
        <w:t>B) I have experience with Java and basic REST API development.</w:t>
      </w:r>
    </w:p>
    <w:p w14:paraId="6501C106" w14:textId="77777777" w:rsidR="000857DB" w:rsidRDefault="00000000">
      <w:pPr>
        <w:pStyle w:val="Example"/>
      </w:pPr>
      <w:r>
        <w:t>C) I am super amazing.</w:t>
      </w:r>
    </w:p>
    <w:p w14:paraId="0F56DF0C" w14:textId="77777777" w:rsidR="000857DB" w:rsidRDefault="00000000">
      <w:pPr>
        <w:pStyle w:val="Example"/>
      </w:pPr>
      <w:r>
        <w:t>D) I did many things.</w:t>
      </w:r>
    </w:p>
    <w:p w14:paraId="12B77700" w14:textId="77777777" w:rsidR="000857DB" w:rsidRDefault="00000000">
      <w:r>
        <w:t>3. Which item should not be included in a public portfolio?</w:t>
      </w:r>
    </w:p>
    <w:p w14:paraId="235CF1D9" w14:textId="77777777" w:rsidR="000857DB" w:rsidRDefault="00000000">
      <w:pPr>
        <w:pStyle w:val="Example"/>
      </w:pPr>
      <w:r>
        <w:t>A) GitHub repository link</w:t>
      </w:r>
    </w:p>
    <w:p w14:paraId="3FB6EA2C" w14:textId="77777777" w:rsidR="000857DB" w:rsidRDefault="00000000">
      <w:pPr>
        <w:pStyle w:val="Example"/>
      </w:pPr>
      <w:r>
        <w:t>B) Short project description</w:t>
      </w:r>
    </w:p>
    <w:p w14:paraId="674279BE" w14:textId="77777777" w:rsidR="000857DB" w:rsidRDefault="00000000">
      <w:pPr>
        <w:pStyle w:val="Example"/>
      </w:pPr>
      <w:r>
        <w:t>C) Private passwords</w:t>
      </w:r>
    </w:p>
    <w:p w14:paraId="7C454D1B" w14:textId="77777777" w:rsidR="000857DB" w:rsidRDefault="00000000">
      <w:pPr>
        <w:pStyle w:val="Example"/>
      </w:pPr>
      <w:r>
        <w:t>D) Screenshots of the application</w:t>
      </w:r>
    </w:p>
    <w:p w14:paraId="09ABF1E8" w14:textId="77777777" w:rsidR="000857DB" w:rsidRDefault="00000000">
      <w:r>
        <w:t>4. Which sentence is suitable for a cover letter?</w:t>
      </w:r>
    </w:p>
    <w:p w14:paraId="246C16BE" w14:textId="77777777" w:rsidR="000857DB" w:rsidRDefault="00000000">
      <w:pPr>
        <w:pStyle w:val="Example"/>
      </w:pPr>
      <w:r>
        <w:t>A) Give me this job.</w:t>
      </w:r>
    </w:p>
    <w:p w14:paraId="61B1391C" w14:textId="77777777" w:rsidR="000857DB" w:rsidRDefault="00000000">
      <w:pPr>
        <w:pStyle w:val="Example"/>
      </w:pPr>
      <w:r>
        <w:t>B) I am writing to apply for the software engineering internship position.</w:t>
      </w:r>
    </w:p>
    <w:p w14:paraId="66E8C8F4" w14:textId="77777777" w:rsidR="000857DB" w:rsidRDefault="00000000">
      <w:pPr>
        <w:pStyle w:val="Example"/>
      </w:pPr>
      <w:r>
        <w:t>C) I need money.</w:t>
      </w:r>
    </w:p>
    <w:p w14:paraId="0B72140F" w14:textId="77777777" w:rsidR="000857DB" w:rsidRDefault="00000000">
      <w:pPr>
        <w:pStyle w:val="Example"/>
      </w:pPr>
      <w:r>
        <w:t>D) I do not know why I applied.</w:t>
      </w:r>
    </w:p>
    <w:p w14:paraId="327827A4" w14:textId="77777777" w:rsidR="000857DB" w:rsidRDefault="00000000">
      <w:r>
        <w:t>5. Which answer is best for “What is one area you want to improve?”</w:t>
      </w:r>
    </w:p>
    <w:p w14:paraId="46958E27" w14:textId="77777777" w:rsidR="000857DB" w:rsidRDefault="00000000">
      <w:pPr>
        <w:pStyle w:val="Example"/>
      </w:pPr>
      <w:r>
        <w:t>A) I have no weaknesses.</w:t>
      </w:r>
    </w:p>
    <w:p w14:paraId="727B4442" w14:textId="77777777" w:rsidR="000857DB" w:rsidRDefault="00000000">
      <w:pPr>
        <w:pStyle w:val="Example"/>
      </w:pPr>
      <w:r>
        <w:t>B) I do not want to improve anything.</w:t>
      </w:r>
    </w:p>
    <w:p w14:paraId="7DF68CDC" w14:textId="77777777" w:rsidR="000857DB" w:rsidRDefault="00000000">
      <w:pPr>
        <w:pStyle w:val="Example"/>
      </w:pPr>
      <w:r>
        <w:t>C) I would like to improve my experience with cloud deployment.</w:t>
      </w:r>
    </w:p>
    <w:p w14:paraId="7686E1E8" w14:textId="77777777" w:rsidR="000857DB" w:rsidRDefault="00000000">
      <w:pPr>
        <w:pStyle w:val="Example"/>
      </w:pPr>
      <w:r>
        <w:t>D) I am bad at everything.</w:t>
      </w:r>
    </w:p>
    <w:p w14:paraId="2F958994" w14:textId="77777777" w:rsidR="000857DB" w:rsidRDefault="00000000">
      <w:pPr>
        <w:pStyle w:val="ExerciseTitle"/>
      </w:pPr>
      <w:r>
        <w:t>K4) Improve the sentences</w:t>
      </w:r>
    </w:p>
    <w:p w14:paraId="16CBB5D4" w14:textId="77777777" w:rsidR="000857DB" w:rsidRDefault="00000000">
      <w:r>
        <w:t>Rewrite the following sentences in a more professional way.</w:t>
      </w:r>
    </w:p>
    <w:p w14:paraId="200B4F4C" w14:textId="77777777" w:rsidR="000857DB" w:rsidRDefault="00000000">
      <w:r>
        <w:t>1. I know coding.</w:t>
      </w:r>
    </w:p>
    <w:p w14:paraId="6CEDE2CF" w14:textId="77777777" w:rsidR="000857DB" w:rsidRDefault="00000000">
      <w:r>
        <w:t>Professional version: ______________________________________________________________</w:t>
      </w:r>
    </w:p>
    <w:p w14:paraId="7D2314FC" w14:textId="77777777" w:rsidR="000857DB" w:rsidRDefault="00000000">
      <w:r>
        <w:t>2. I made a project.</w:t>
      </w:r>
    </w:p>
    <w:p w14:paraId="45E8F611" w14:textId="77777777" w:rsidR="000857DB" w:rsidRDefault="00000000">
      <w:r>
        <w:t>Professional version: ______________________________________________________________</w:t>
      </w:r>
    </w:p>
    <w:p w14:paraId="1534C105" w14:textId="77777777" w:rsidR="000857DB" w:rsidRDefault="00000000">
      <w:r>
        <w:t>3. I am good at everything.</w:t>
      </w:r>
    </w:p>
    <w:p w14:paraId="23DDA44D" w14:textId="77777777" w:rsidR="000857DB" w:rsidRDefault="00000000">
      <w:r>
        <w:t>Professional version: ______________________________________________________________</w:t>
      </w:r>
    </w:p>
    <w:p w14:paraId="08F4DC64" w14:textId="77777777" w:rsidR="000857DB" w:rsidRDefault="00000000">
      <w:r>
        <w:t>4. My project is perfect.</w:t>
      </w:r>
    </w:p>
    <w:p w14:paraId="34B7A792" w14:textId="77777777" w:rsidR="000857DB" w:rsidRDefault="00000000">
      <w:r>
        <w:t>Professional version: ______________________________________________________________</w:t>
      </w:r>
    </w:p>
    <w:p w14:paraId="04A44B35" w14:textId="77777777" w:rsidR="000857DB" w:rsidRDefault="00000000">
      <w:r>
        <w:lastRenderedPageBreak/>
        <w:t>5. I fixed something in the app.</w:t>
      </w:r>
    </w:p>
    <w:p w14:paraId="2DE5E874" w14:textId="77777777" w:rsidR="000857DB" w:rsidRDefault="00000000">
      <w:r>
        <w:t>Professional version: ______________________________________________________________</w:t>
      </w:r>
    </w:p>
    <w:p w14:paraId="68136675" w14:textId="77777777" w:rsidR="000857DB" w:rsidRDefault="00000000">
      <w:r>
        <w:t>6. I want a job.</w:t>
      </w:r>
    </w:p>
    <w:p w14:paraId="4B4E78CF" w14:textId="77777777" w:rsidR="000857DB" w:rsidRDefault="00000000">
      <w:r>
        <w:t>Professional version: ______________________________________________________________</w:t>
      </w:r>
    </w:p>
    <w:p w14:paraId="1C7D8307" w14:textId="77777777" w:rsidR="000857DB" w:rsidRDefault="00000000">
      <w:r>
        <w:t>7. I know database.</w:t>
      </w:r>
    </w:p>
    <w:p w14:paraId="1618779E" w14:textId="77777777" w:rsidR="000857DB" w:rsidRDefault="00000000">
      <w:r>
        <w:t>Professional version: ______________________________________________________________</w:t>
      </w:r>
    </w:p>
    <w:p w14:paraId="43B1943B" w14:textId="77777777" w:rsidR="000857DB" w:rsidRDefault="00000000">
      <w:r>
        <w:t>8. I worked with my friends.</w:t>
      </w:r>
    </w:p>
    <w:p w14:paraId="0E907F3E" w14:textId="77777777" w:rsidR="000857DB" w:rsidRDefault="00000000">
      <w:r>
        <w:t>Professional version: ______________________________________________________________</w:t>
      </w:r>
    </w:p>
    <w:p w14:paraId="586E1EE6" w14:textId="77777777" w:rsidR="000857DB" w:rsidRDefault="00000000">
      <w:pPr>
        <w:pStyle w:val="ExerciseTitle"/>
      </w:pPr>
      <w:r>
        <w:t>K5) Short writing task</w:t>
      </w:r>
    </w:p>
    <w:p w14:paraId="13A4524C" w14:textId="77777777" w:rsidR="000857DB" w:rsidRDefault="00000000">
      <w:r>
        <w:t>Write a short professional profile of 4 or 5 sentences. Include:</w:t>
      </w:r>
    </w:p>
    <w:p w14:paraId="21F5E0F0" w14:textId="77777777" w:rsidR="000857DB" w:rsidRDefault="00000000">
      <w:pPr>
        <w:pStyle w:val="ListeMaddemi"/>
      </w:pPr>
      <w:r>
        <w:t>your department</w:t>
      </w:r>
    </w:p>
    <w:p w14:paraId="70C31AEC" w14:textId="77777777" w:rsidR="000857DB" w:rsidRDefault="00000000">
      <w:pPr>
        <w:pStyle w:val="ListeMaddemi"/>
      </w:pPr>
      <w:r>
        <w:t>your technical interest</w:t>
      </w:r>
    </w:p>
    <w:p w14:paraId="07ECB15F" w14:textId="77777777" w:rsidR="000857DB" w:rsidRDefault="00000000">
      <w:pPr>
        <w:pStyle w:val="ListeMaddemi"/>
      </w:pPr>
      <w:r>
        <w:t>two technical skills</w:t>
      </w:r>
    </w:p>
    <w:p w14:paraId="1E5D30B4" w14:textId="77777777" w:rsidR="000857DB" w:rsidRDefault="00000000">
      <w:pPr>
        <w:pStyle w:val="ListeMaddemi"/>
      </w:pPr>
      <w:r>
        <w:t>one project or experience</w:t>
      </w:r>
    </w:p>
    <w:p w14:paraId="78221CCA" w14:textId="77777777" w:rsidR="000857DB" w:rsidRDefault="00000000">
      <w:pPr>
        <w:pStyle w:val="ListeMaddemi"/>
      </w:pPr>
      <w:r>
        <w:t>your career goal</w:t>
      </w:r>
    </w:p>
    <w:p w14:paraId="4FB76273" w14:textId="77777777" w:rsidR="000857DB" w:rsidRDefault="00000000">
      <w:r>
        <w:rPr>
          <w:b/>
        </w:rPr>
        <w:t>Example beginning:</w:t>
      </w:r>
    </w:p>
    <w:p w14:paraId="4948B35D" w14:textId="77777777" w:rsidR="000857DB" w:rsidRDefault="00000000">
      <w:pPr>
        <w:pStyle w:val="Example"/>
      </w:pPr>
      <w:r>
        <w:t>I am a software engineering student interested in...</w:t>
      </w:r>
    </w:p>
    <w:p w14:paraId="0515CB9C" w14:textId="77777777" w:rsidR="000857DB" w:rsidRDefault="00000000">
      <w:pPr>
        <w:pStyle w:val="ExerciseTitle"/>
      </w:pPr>
      <w:r>
        <w:t>K6) Project description task</w:t>
      </w:r>
    </w:p>
    <w:p w14:paraId="3030C477" w14:textId="77777777" w:rsidR="000857DB" w:rsidRDefault="00000000">
      <w:r>
        <w:t>Write a short project description using the structure below.</w:t>
      </w:r>
    </w:p>
    <w:tbl>
      <w:tblPr>
        <w:tblStyle w:val="TabloKlavuzu"/>
        <w:tblW w:w="0" w:type="auto"/>
        <w:jc w:val="center"/>
        <w:tblLook w:val="04A0" w:firstRow="1" w:lastRow="0" w:firstColumn="1" w:lastColumn="0" w:noHBand="0" w:noVBand="1"/>
      </w:tblPr>
      <w:tblGrid>
        <w:gridCol w:w="4986"/>
        <w:gridCol w:w="4986"/>
      </w:tblGrid>
      <w:tr w:rsidR="000857DB" w14:paraId="35FBA39A" w14:textId="77777777">
        <w:trPr>
          <w:jc w:val="center"/>
        </w:trPr>
        <w:tc>
          <w:tcPr>
            <w:tcW w:w="4986" w:type="dxa"/>
            <w:shd w:val="clear" w:color="auto" w:fill="D9EAF7"/>
            <w:vAlign w:val="center"/>
          </w:tcPr>
          <w:p w14:paraId="59EDC3D3" w14:textId="77777777" w:rsidR="000857DB" w:rsidRDefault="00000000">
            <w:pPr>
              <w:spacing w:after="0"/>
            </w:pPr>
            <w:r>
              <w:rPr>
                <w:b/>
                <w:sz w:val="20"/>
              </w:rPr>
              <w:t>Item</w:t>
            </w:r>
          </w:p>
        </w:tc>
        <w:tc>
          <w:tcPr>
            <w:tcW w:w="4986" w:type="dxa"/>
            <w:shd w:val="clear" w:color="auto" w:fill="D9EAF7"/>
            <w:vAlign w:val="center"/>
          </w:tcPr>
          <w:p w14:paraId="117E5125" w14:textId="77777777" w:rsidR="000857DB" w:rsidRDefault="00000000">
            <w:pPr>
              <w:spacing w:after="0"/>
            </w:pPr>
            <w:r>
              <w:rPr>
                <w:b/>
                <w:sz w:val="20"/>
              </w:rPr>
              <w:t>Student answer</w:t>
            </w:r>
          </w:p>
        </w:tc>
      </w:tr>
      <w:tr w:rsidR="000857DB" w14:paraId="4B0168AF" w14:textId="77777777">
        <w:trPr>
          <w:jc w:val="center"/>
        </w:trPr>
        <w:tc>
          <w:tcPr>
            <w:tcW w:w="4986" w:type="dxa"/>
            <w:vAlign w:val="center"/>
          </w:tcPr>
          <w:p w14:paraId="11C01667" w14:textId="77777777" w:rsidR="000857DB" w:rsidRDefault="00000000">
            <w:pPr>
              <w:spacing w:after="0"/>
            </w:pPr>
            <w:r>
              <w:rPr>
                <w:sz w:val="20"/>
              </w:rPr>
              <w:t>Project name:</w:t>
            </w:r>
          </w:p>
        </w:tc>
        <w:tc>
          <w:tcPr>
            <w:tcW w:w="4986" w:type="dxa"/>
            <w:vAlign w:val="center"/>
          </w:tcPr>
          <w:p w14:paraId="11281D86" w14:textId="77777777" w:rsidR="000857DB" w:rsidRDefault="000857DB">
            <w:pPr>
              <w:spacing w:after="0"/>
            </w:pPr>
          </w:p>
        </w:tc>
      </w:tr>
      <w:tr w:rsidR="000857DB" w14:paraId="242D710D" w14:textId="77777777">
        <w:trPr>
          <w:jc w:val="center"/>
        </w:trPr>
        <w:tc>
          <w:tcPr>
            <w:tcW w:w="4986" w:type="dxa"/>
            <w:vAlign w:val="center"/>
          </w:tcPr>
          <w:p w14:paraId="1019D499" w14:textId="77777777" w:rsidR="000857DB" w:rsidRDefault="00000000">
            <w:pPr>
              <w:spacing w:after="0"/>
            </w:pPr>
            <w:r>
              <w:rPr>
                <w:sz w:val="20"/>
              </w:rPr>
              <w:t>Purpose:</w:t>
            </w:r>
          </w:p>
        </w:tc>
        <w:tc>
          <w:tcPr>
            <w:tcW w:w="4986" w:type="dxa"/>
            <w:vAlign w:val="center"/>
          </w:tcPr>
          <w:p w14:paraId="49FDAEF3" w14:textId="77777777" w:rsidR="000857DB" w:rsidRDefault="000857DB">
            <w:pPr>
              <w:spacing w:after="0"/>
            </w:pPr>
          </w:p>
        </w:tc>
      </w:tr>
      <w:tr w:rsidR="000857DB" w14:paraId="122025A8" w14:textId="77777777">
        <w:trPr>
          <w:jc w:val="center"/>
        </w:trPr>
        <w:tc>
          <w:tcPr>
            <w:tcW w:w="4986" w:type="dxa"/>
            <w:vAlign w:val="center"/>
          </w:tcPr>
          <w:p w14:paraId="7E56D237" w14:textId="77777777" w:rsidR="000857DB" w:rsidRDefault="00000000">
            <w:pPr>
              <w:spacing w:after="0"/>
            </w:pPr>
            <w:r>
              <w:rPr>
                <w:sz w:val="20"/>
              </w:rPr>
              <w:t>Technologies:</w:t>
            </w:r>
          </w:p>
        </w:tc>
        <w:tc>
          <w:tcPr>
            <w:tcW w:w="4986" w:type="dxa"/>
            <w:vAlign w:val="center"/>
          </w:tcPr>
          <w:p w14:paraId="63CB87A8" w14:textId="77777777" w:rsidR="000857DB" w:rsidRDefault="000857DB">
            <w:pPr>
              <w:spacing w:after="0"/>
            </w:pPr>
          </w:p>
        </w:tc>
      </w:tr>
      <w:tr w:rsidR="000857DB" w14:paraId="5443828F" w14:textId="77777777">
        <w:trPr>
          <w:jc w:val="center"/>
        </w:trPr>
        <w:tc>
          <w:tcPr>
            <w:tcW w:w="4986" w:type="dxa"/>
            <w:vAlign w:val="center"/>
          </w:tcPr>
          <w:p w14:paraId="7651478A" w14:textId="77777777" w:rsidR="000857DB" w:rsidRDefault="00000000">
            <w:pPr>
              <w:spacing w:after="0"/>
            </w:pPr>
            <w:r>
              <w:rPr>
                <w:sz w:val="20"/>
              </w:rPr>
              <w:t>Main features:</w:t>
            </w:r>
          </w:p>
        </w:tc>
        <w:tc>
          <w:tcPr>
            <w:tcW w:w="4986" w:type="dxa"/>
            <w:vAlign w:val="center"/>
          </w:tcPr>
          <w:p w14:paraId="27326B1A" w14:textId="77777777" w:rsidR="000857DB" w:rsidRDefault="000857DB">
            <w:pPr>
              <w:spacing w:after="0"/>
            </w:pPr>
          </w:p>
        </w:tc>
      </w:tr>
      <w:tr w:rsidR="000857DB" w14:paraId="6D077000" w14:textId="77777777">
        <w:trPr>
          <w:jc w:val="center"/>
        </w:trPr>
        <w:tc>
          <w:tcPr>
            <w:tcW w:w="4986" w:type="dxa"/>
            <w:vAlign w:val="center"/>
          </w:tcPr>
          <w:p w14:paraId="3CF4980B" w14:textId="77777777" w:rsidR="000857DB" w:rsidRDefault="00000000">
            <w:pPr>
              <w:spacing w:after="0"/>
            </w:pPr>
            <w:r>
              <w:rPr>
                <w:sz w:val="20"/>
              </w:rPr>
              <w:t>My contribution:</w:t>
            </w:r>
          </w:p>
        </w:tc>
        <w:tc>
          <w:tcPr>
            <w:tcW w:w="4986" w:type="dxa"/>
            <w:vAlign w:val="center"/>
          </w:tcPr>
          <w:p w14:paraId="0E79ADA6" w14:textId="77777777" w:rsidR="000857DB" w:rsidRDefault="000857DB">
            <w:pPr>
              <w:spacing w:after="0"/>
            </w:pPr>
          </w:p>
        </w:tc>
      </w:tr>
    </w:tbl>
    <w:p w14:paraId="5160A0C4" w14:textId="77777777" w:rsidR="000857DB" w:rsidRDefault="000857DB"/>
    <w:p w14:paraId="03046748" w14:textId="77777777" w:rsidR="000857DB" w:rsidRDefault="00000000">
      <w:pPr>
        <w:pStyle w:val="ExerciseTitle"/>
      </w:pPr>
      <w:r>
        <w:t>K7) Interview answer task</w:t>
      </w:r>
    </w:p>
    <w:p w14:paraId="5AFAF418" w14:textId="77777777" w:rsidR="000857DB" w:rsidRDefault="00000000">
      <w:r>
        <w:t>Answer the question in 4 or 5 sentences:</w:t>
      </w:r>
    </w:p>
    <w:p w14:paraId="68732CBD" w14:textId="77777777" w:rsidR="000857DB" w:rsidRDefault="00000000">
      <w:pPr>
        <w:pStyle w:val="Example"/>
      </w:pPr>
      <w:r>
        <w:t>Can you describe one of your software projects?</w:t>
      </w:r>
    </w:p>
    <w:p w14:paraId="25882E58" w14:textId="77777777" w:rsidR="000857DB" w:rsidRDefault="00000000">
      <w:r>
        <w:t>Your answer should include:</w:t>
      </w:r>
    </w:p>
    <w:p w14:paraId="7466BE15" w14:textId="77777777" w:rsidR="000857DB" w:rsidRDefault="00000000">
      <w:pPr>
        <w:pStyle w:val="ListeMaddemi"/>
      </w:pPr>
      <w:r>
        <w:t>project name</w:t>
      </w:r>
    </w:p>
    <w:p w14:paraId="24971CD9" w14:textId="77777777" w:rsidR="000857DB" w:rsidRDefault="00000000">
      <w:pPr>
        <w:pStyle w:val="ListeMaddemi"/>
      </w:pPr>
      <w:r>
        <w:t>purpose</w:t>
      </w:r>
    </w:p>
    <w:p w14:paraId="543A75FD" w14:textId="77777777" w:rsidR="000857DB" w:rsidRDefault="00000000">
      <w:pPr>
        <w:pStyle w:val="ListeMaddemi"/>
      </w:pPr>
      <w:r>
        <w:t>technologies</w:t>
      </w:r>
    </w:p>
    <w:p w14:paraId="61CD5DD9" w14:textId="77777777" w:rsidR="000857DB" w:rsidRDefault="00000000">
      <w:pPr>
        <w:pStyle w:val="ListeMaddemi"/>
      </w:pPr>
      <w:r>
        <w:t>your contribution</w:t>
      </w:r>
    </w:p>
    <w:p w14:paraId="1E96401A" w14:textId="77777777" w:rsidR="000857DB" w:rsidRDefault="00000000">
      <w:pPr>
        <w:pStyle w:val="ListeMaddemi"/>
      </w:pPr>
      <w:r>
        <w:t>what you learned</w:t>
      </w:r>
    </w:p>
    <w:p w14:paraId="0525D900" w14:textId="77777777" w:rsidR="000857DB" w:rsidRDefault="00000000">
      <w:pPr>
        <w:pStyle w:val="Balk1"/>
      </w:pPr>
      <w:r>
        <w:lastRenderedPageBreak/>
        <w:t>BÖLÜM L: Mini Final Practice</w:t>
      </w:r>
    </w:p>
    <w:p w14:paraId="18028748" w14:textId="77777777" w:rsidR="000857DB" w:rsidRDefault="00000000">
      <w:r>
        <w:t>Read the text and answer the questions.</w:t>
      </w:r>
    </w:p>
    <w:p w14:paraId="340C8410" w14:textId="77777777" w:rsidR="000857DB" w:rsidRDefault="00000000">
      <w:pPr>
        <w:pStyle w:val="Balk2"/>
      </w:pPr>
      <w:r>
        <w:t>Text: Career Preparation for Software Engineering Students</w:t>
      </w:r>
    </w:p>
    <w:p w14:paraId="5F332869" w14:textId="77777777" w:rsidR="000857DB" w:rsidRDefault="00000000">
      <w:r>
        <w:t>Career preparation is an important part of software engineering education. Students often learn programming, databases, testing, and software design during their courses, but they also need to explain these skills clearly in professional contexts. A student who can describe a project, write a clear CV bullet point, and answer interview questions confidently has an advantage during internship or job applications.</w:t>
      </w:r>
    </w:p>
    <w:p w14:paraId="48A232BD" w14:textId="77777777" w:rsidR="000857DB" w:rsidRDefault="00000000">
      <w:r>
        <w:t>A good CV should present skills and experience honestly. For example, instead of writing “I know software,” a student can write “Developed a web-based task management system using Node.js and MongoDB.” This sentence is stronger because it gives the project type and the technologies used. Similarly, a good portfolio should not only list project names. It should explain the purpose, main features, technologies, and the student’s own contribution.</w:t>
      </w:r>
    </w:p>
    <w:p w14:paraId="11815A66" w14:textId="77777777" w:rsidR="000857DB" w:rsidRDefault="00000000">
      <w:r>
        <w:t>Interview communication is also important. Candidates should avoid exaggerated claims such as “I know everything about programming.” A better answer is more specific and balanced. For example, a student may say, “I have experience with Java and SQL, and I am currently improving my knowledge of cloud deployment.” This kind of answer sounds more honest, professional, and useful for the interviewer.</w:t>
      </w:r>
    </w:p>
    <w:p w14:paraId="2A75B773" w14:textId="77777777" w:rsidR="000857DB" w:rsidRDefault="00000000">
      <w:pPr>
        <w:pStyle w:val="ExerciseTitle"/>
      </w:pPr>
      <w:r>
        <w:t>L1) True / False</w:t>
      </w:r>
    </w:p>
    <w:p w14:paraId="010B79B1" w14:textId="77777777" w:rsidR="000857DB" w:rsidRDefault="00000000">
      <w:r>
        <w:t>1. Career preparation is part of software engineering education.  (T / F)</w:t>
      </w:r>
    </w:p>
    <w:p w14:paraId="304836A5" w14:textId="77777777" w:rsidR="000857DB" w:rsidRDefault="00000000">
      <w:r>
        <w:t>2. Students only need programming skills and do not need communication skills.  (T / F)</w:t>
      </w:r>
    </w:p>
    <w:p w14:paraId="5D652C63" w14:textId="77777777" w:rsidR="000857DB" w:rsidRDefault="00000000">
      <w:r>
        <w:t>3. A good CV should present skills honestly.  (T / F)</w:t>
      </w:r>
    </w:p>
    <w:p w14:paraId="0D64AC25" w14:textId="77777777" w:rsidR="000857DB" w:rsidRDefault="00000000">
      <w:r>
        <w:t>4. “I know software” is stronger than a specific project description.  (T / F)</w:t>
      </w:r>
    </w:p>
    <w:p w14:paraId="6A2CBEE3" w14:textId="77777777" w:rsidR="000857DB" w:rsidRDefault="00000000">
      <w:r>
        <w:t>5. A portfolio should explain the student’s contribution.  (T / F)</w:t>
      </w:r>
    </w:p>
    <w:p w14:paraId="51A3F430" w14:textId="77777777" w:rsidR="000857DB" w:rsidRDefault="00000000">
      <w:r>
        <w:t>6. Candidates should avoid exaggerated claims.  (T / F)</w:t>
      </w:r>
    </w:p>
    <w:p w14:paraId="19DBBA98" w14:textId="77777777" w:rsidR="000857DB" w:rsidRDefault="00000000">
      <w:pPr>
        <w:pStyle w:val="ExerciseTitle"/>
      </w:pPr>
      <w:r>
        <w:t>L2) Multiple Choice</w:t>
      </w:r>
    </w:p>
    <w:p w14:paraId="1D9214F0" w14:textId="77777777" w:rsidR="000857DB" w:rsidRDefault="00000000">
      <w:r>
        <w:t>1. What is the main idea of the text?</w:t>
      </w:r>
    </w:p>
    <w:p w14:paraId="083A0C1D" w14:textId="77777777" w:rsidR="000857DB" w:rsidRDefault="00000000">
      <w:pPr>
        <w:pStyle w:val="Example"/>
      </w:pPr>
      <w:r>
        <w:t>A) Software students should only study databases.</w:t>
      </w:r>
    </w:p>
    <w:p w14:paraId="35EF6E9B" w14:textId="77777777" w:rsidR="000857DB" w:rsidRDefault="00000000">
      <w:pPr>
        <w:pStyle w:val="Example"/>
      </w:pPr>
      <w:r>
        <w:t>B) Career communication helps students explain their skills professionally.</w:t>
      </w:r>
    </w:p>
    <w:p w14:paraId="3D730162" w14:textId="77777777" w:rsidR="000857DB" w:rsidRDefault="00000000">
      <w:pPr>
        <w:pStyle w:val="Example"/>
      </w:pPr>
      <w:r>
        <w:t>C) Interviews are not important for internships.</w:t>
      </w:r>
    </w:p>
    <w:p w14:paraId="0008D49D" w14:textId="77777777" w:rsidR="000857DB" w:rsidRDefault="00000000">
      <w:pPr>
        <w:pStyle w:val="Example"/>
      </w:pPr>
      <w:r>
        <w:t>D) Portfolios should include private information.</w:t>
      </w:r>
    </w:p>
    <w:p w14:paraId="6DD12D80" w14:textId="77777777" w:rsidR="000857DB" w:rsidRDefault="00000000">
      <w:r>
        <w:t>2. Which CV sentence is stronger?</w:t>
      </w:r>
    </w:p>
    <w:p w14:paraId="0CCB76A0" w14:textId="77777777" w:rsidR="000857DB" w:rsidRDefault="00000000">
      <w:pPr>
        <w:pStyle w:val="Example"/>
      </w:pPr>
      <w:r>
        <w:t>A) I know software.</w:t>
      </w:r>
    </w:p>
    <w:p w14:paraId="74928142" w14:textId="77777777" w:rsidR="000857DB" w:rsidRDefault="00000000">
      <w:pPr>
        <w:pStyle w:val="Example"/>
      </w:pPr>
      <w:r>
        <w:t>B) Developed a web-based task management system using Node.js and MongoDB.</w:t>
      </w:r>
    </w:p>
    <w:p w14:paraId="3375B677" w14:textId="77777777" w:rsidR="000857DB" w:rsidRDefault="00000000">
      <w:pPr>
        <w:pStyle w:val="Example"/>
      </w:pPr>
      <w:r>
        <w:t>C) I like computers.</w:t>
      </w:r>
    </w:p>
    <w:p w14:paraId="45E5C5E0" w14:textId="77777777" w:rsidR="000857DB" w:rsidRDefault="00000000">
      <w:pPr>
        <w:pStyle w:val="Example"/>
      </w:pPr>
      <w:r>
        <w:t>D) I want work.</w:t>
      </w:r>
    </w:p>
    <w:p w14:paraId="1AE509A1" w14:textId="77777777" w:rsidR="000857DB" w:rsidRDefault="00000000">
      <w:r>
        <w:t>3. What should a good portfolio include?</w:t>
      </w:r>
    </w:p>
    <w:p w14:paraId="5FAF2480" w14:textId="77777777" w:rsidR="000857DB" w:rsidRDefault="00000000">
      <w:pPr>
        <w:pStyle w:val="Example"/>
      </w:pPr>
      <w:r>
        <w:t>A) Only project names</w:t>
      </w:r>
    </w:p>
    <w:p w14:paraId="5D18397C" w14:textId="77777777" w:rsidR="000857DB" w:rsidRDefault="00000000">
      <w:pPr>
        <w:pStyle w:val="Example"/>
      </w:pPr>
      <w:r>
        <w:t>B) Project purpose, features, technologies, and contribution</w:t>
      </w:r>
    </w:p>
    <w:p w14:paraId="056234F9" w14:textId="77777777" w:rsidR="000857DB" w:rsidRDefault="00000000">
      <w:pPr>
        <w:pStyle w:val="Example"/>
      </w:pPr>
      <w:r>
        <w:lastRenderedPageBreak/>
        <w:t>C) Personal passwords</w:t>
      </w:r>
    </w:p>
    <w:p w14:paraId="2396EFA7" w14:textId="77777777" w:rsidR="000857DB" w:rsidRDefault="00000000">
      <w:pPr>
        <w:pStyle w:val="Example"/>
      </w:pPr>
      <w:r>
        <w:t>D) Unrelated photos</w:t>
      </w:r>
    </w:p>
    <w:p w14:paraId="7074A02C" w14:textId="77777777" w:rsidR="000857DB" w:rsidRDefault="00000000">
      <w:r>
        <w:t>4. Which answer sounds more professional?</w:t>
      </w:r>
    </w:p>
    <w:p w14:paraId="4531B544" w14:textId="77777777" w:rsidR="000857DB" w:rsidRDefault="00000000">
      <w:pPr>
        <w:pStyle w:val="Example"/>
      </w:pPr>
      <w:r>
        <w:t>A) I know everything about programming.</w:t>
      </w:r>
    </w:p>
    <w:p w14:paraId="1F03C028" w14:textId="77777777" w:rsidR="000857DB" w:rsidRDefault="00000000">
      <w:pPr>
        <w:pStyle w:val="Example"/>
      </w:pPr>
      <w:r>
        <w:t>B) I am the best candidate.</w:t>
      </w:r>
    </w:p>
    <w:p w14:paraId="6DEF78D3" w14:textId="77777777" w:rsidR="000857DB" w:rsidRDefault="00000000">
      <w:pPr>
        <w:pStyle w:val="Example"/>
      </w:pPr>
      <w:r>
        <w:t>C) I have experience with Java and SQL, and I am improving my knowledge of cloud deployment.</w:t>
      </w:r>
    </w:p>
    <w:p w14:paraId="16FB1CA2" w14:textId="77777777" w:rsidR="000857DB" w:rsidRDefault="00000000">
      <w:pPr>
        <w:pStyle w:val="Example"/>
      </w:pPr>
      <w:r>
        <w:t>D) I do not need to learn more.</w:t>
      </w:r>
    </w:p>
    <w:p w14:paraId="3A862E92" w14:textId="77777777" w:rsidR="000857DB" w:rsidRDefault="00000000">
      <w:pPr>
        <w:pStyle w:val="ExerciseTitle"/>
      </w:pPr>
      <w:r>
        <w:t>L3) Fill in the blanks</w:t>
      </w:r>
    </w:p>
    <w:p w14:paraId="48B567F6" w14:textId="77777777" w:rsidR="000857DB" w:rsidRDefault="00000000">
      <w:r>
        <w:t>Use the words: honestly, contribution, technologies, interview, professional</w:t>
      </w:r>
    </w:p>
    <w:p w14:paraId="726228CC" w14:textId="77777777" w:rsidR="000857DB" w:rsidRDefault="00000000">
      <w:r>
        <w:t>1. A good CV should present skills and experience ______.</w:t>
      </w:r>
    </w:p>
    <w:p w14:paraId="3AC4118C" w14:textId="77777777" w:rsidR="000857DB" w:rsidRDefault="00000000">
      <w:r>
        <w:t>2. A portfolio should explain the student’s own ______.</w:t>
      </w:r>
    </w:p>
    <w:p w14:paraId="0EE1F005" w14:textId="77777777" w:rsidR="000857DB" w:rsidRDefault="00000000">
      <w:r>
        <w:t>3. A CV bullet point can mention the project type and the ______ used.</w:t>
      </w:r>
    </w:p>
    <w:p w14:paraId="0CC1A039" w14:textId="77777777" w:rsidR="000857DB" w:rsidRDefault="00000000">
      <w:r>
        <w:t>4. Candidates answer questions in a job ______.</w:t>
      </w:r>
    </w:p>
    <w:p w14:paraId="7B2C6B38" w14:textId="77777777" w:rsidR="000857DB" w:rsidRDefault="00000000">
      <w:r>
        <w:t>5. Specific and balanced answers sound more ______.</w:t>
      </w:r>
    </w:p>
    <w:p w14:paraId="721A2C3E" w14:textId="77777777" w:rsidR="000857DB" w:rsidRDefault="00000000">
      <w:pPr>
        <w:pStyle w:val="ExerciseTitle"/>
      </w:pPr>
      <w:r>
        <w:t>L4) Translation</w:t>
      </w:r>
    </w:p>
    <w:p w14:paraId="71202BC0" w14:textId="77777777" w:rsidR="000857DB" w:rsidRDefault="00000000">
      <w:r>
        <w:t>Translate into Turkish.</w:t>
      </w:r>
    </w:p>
    <w:p w14:paraId="7A3B4DDF" w14:textId="77777777" w:rsidR="000857DB" w:rsidRDefault="00000000">
      <w:r>
        <w:t>1. Students need to explain their technical skills clearly in professional contexts.</w:t>
      </w:r>
    </w:p>
    <w:p w14:paraId="50275E38" w14:textId="77777777" w:rsidR="000857DB" w:rsidRDefault="00000000">
      <w:r>
        <w:t>2. A good portfolio should include the purpose and technologies of each project.</w:t>
      </w:r>
    </w:p>
    <w:p w14:paraId="11566E14" w14:textId="77777777" w:rsidR="000857DB" w:rsidRDefault="00000000">
      <w:r>
        <w:t>3. Candidates should avoid exaggerated claims during interviews.</w:t>
      </w:r>
    </w:p>
    <w:p w14:paraId="3BC99FAD" w14:textId="77777777" w:rsidR="000857DB" w:rsidRDefault="00000000">
      <w:r>
        <w:t>Translate into English.</w:t>
      </w:r>
    </w:p>
    <w:p w14:paraId="40FF8258" w14:textId="77777777" w:rsidR="000857DB" w:rsidRDefault="00000000">
      <w:r>
        <w:t>1. İyi bir CV becerileri ve deneyimi dürüst biçimde sunmalıdır.</w:t>
      </w:r>
    </w:p>
    <w:p w14:paraId="25384349" w14:textId="77777777" w:rsidR="000857DB" w:rsidRDefault="00000000">
      <w:r>
        <w:t>2. Portfolyo öğrencinin projedeki katkısını açıklamalıdır.</w:t>
      </w:r>
    </w:p>
    <w:p w14:paraId="7A7A0EC6" w14:textId="77777777" w:rsidR="000857DB" w:rsidRDefault="00000000">
      <w:r>
        <w:t>3. Bir öğrenci teknik becerilerini açık ve profesyonel biçimde anlatabilmelidir.</w:t>
      </w:r>
    </w:p>
    <w:sectPr w:rsidR="000857DB" w:rsidSect="00034616">
      <w:headerReference w:type="default" r:id="rId8"/>
      <w:footerReference w:type="default" r:id="rId9"/>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1051A" w14:textId="77777777" w:rsidR="00481D94" w:rsidRDefault="00481D94">
      <w:pPr>
        <w:spacing w:after="0" w:line="240" w:lineRule="auto"/>
      </w:pPr>
      <w:r>
        <w:separator/>
      </w:r>
    </w:p>
  </w:endnote>
  <w:endnote w:type="continuationSeparator" w:id="0">
    <w:p w14:paraId="085C8323" w14:textId="77777777" w:rsidR="00481D94" w:rsidRDefault="00481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47B14" w14:textId="77777777" w:rsidR="000857DB" w:rsidRDefault="00000000">
    <w:pPr>
      <w:pStyle w:val="AltBilgi"/>
      <w:jc w:val="center"/>
    </w:pPr>
    <w:r>
      <w:rPr>
        <w:color w:val="808080"/>
        <w:sz w:val="18"/>
      </w:rPr>
      <w:t>Software Career Communication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7B964" w14:textId="77777777" w:rsidR="00481D94" w:rsidRDefault="00481D94">
      <w:pPr>
        <w:spacing w:after="0" w:line="240" w:lineRule="auto"/>
      </w:pPr>
      <w:r>
        <w:separator/>
      </w:r>
    </w:p>
  </w:footnote>
  <w:footnote w:type="continuationSeparator" w:id="0">
    <w:p w14:paraId="77B99D90" w14:textId="77777777" w:rsidR="00481D94" w:rsidRDefault="00481D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0DFA5" w14:textId="77777777" w:rsidR="000857DB" w:rsidRDefault="00000000">
    <w:pPr>
      <w:pStyle w:val="stBilgi"/>
      <w:jc w:val="center"/>
    </w:pPr>
    <w:r>
      <w:rPr>
        <w:color w:val="808080"/>
        <w:sz w:val="18"/>
      </w:rPr>
      <w:t>Professional English-2 | Module 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58683386">
    <w:abstractNumId w:val="8"/>
  </w:num>
  <w:num w:numId="2" w16cid:durableId="549532375">
    <w:abstractNumId w:val="6"/>
  </w:num>
  <w:num w:numId="3" w16cid:durableId="1865631545">
    <w:abstractNumId w:val="5"/>
  </w:num>
  <w:num w:numId="4" w16cid:durableId="188883447">
    <w:abstractNumId w:val="4"/>
  </w:num>
  <w:num w:numId="5" w16cid:durableId="1195189161">
    <w:abstractNumId w:val="7"/>
  </w:num>
  <w:num w:numId="6" w16cid:durableId="493228125">
    <w:abstractNumId w:val="3"/>
  </w:num>
  <w:num w:numId="7" w16cid:durableId="1793792331">
    <w:abstractNumId w:val="2"/>
  </w:num>
  <w:num w:numId="8" w16cid:durableId="201092604">
    <w:abstractNumId w:val="1"/>
  </w:num>
  <w:num w:numId="9" w16cid:durableId="112099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57DB"/>
    <w:rsid w:val="0015074B"/>
    <w:rsid w:val="0029639D"/>
    <w:rsid w:val="00326F90"/>
    <w:rsid w:val="00481D94"/>
    <w:rsid w:val="007D3C6F"/>
    <w:rsid w:val="00AA1D8D"/>
    <w:rsid w:val="00B47730"/>
    <w:rsid w:val="00C2212F"/>
    <w:rsid w:val="00CB0664"/>
    <w:rsid w:val="00EE57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F686BA"/>
  <w14:defaultImageDpi w14:val="300"/>
  <w15:docId w15:val="{996EA605-6A61-403D-A82A-DE922F643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eastAsia="Calibri" w:hAnsi="Calibri"/>
    </w:rPr>
  </w:style>
  <w:style w:type="paragraph" w:styleId="Balk1">
    <w:name w:val="heading 1"/>
    <w:basedOn w:val="Normal"/>
    <w:next w:val="Normal"/>
    <w:link w:val="Balk1Char"/>
    <w:uiPriority w:val="9"/>
    <w:qFormat/>
    <w:rsid w:val="00FC693F"/>
    <w:pPr>
      <w:keepNext/>
      <w:keepLines/>
      <w:spacing w:before="200"/>
      <w:outlineLvl w:val="0"/>
    </w:pPr>
    <w:rPr>
      <w:rFonts w:asciiTheme="majorHAnsi" w:eastAsiaTheme="majorEastAsia" w:hAnsiTheme="majorHAnsi" w:cstheme="majorBidi"/>
      <w:b/>
      <w:bCs/>
      <w:color w:val="1F4E79"/>
      <w:sz w:val="30"/>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2F5597"/>
      <w:sz w:val="26"/>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000000"/>
      <w:sz w:val="23"/>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oduleNote">
    <w:name w:val="ModuleNote"/>
    <w:basedOn w:val="Normal"/>
    <w:pPr>
      <w:spacing w:after="160"/>
      <w:ind w:left="227" w:right="227"/>
    </w:pPr>
    <w:rPr>
      <w:i/>
      <w:sz w:val="21"/>
    </w:rPr>
  </w:style>
  <w:style w:type="paragraph" w:customStyle="1" w:styleId="ExerciseTitle">
    <w:name w:val="ExerciseTitle"/>
    <w:basedOn w:val="Normal"/>
    <w:pPr>
      <w:spacing w:before="160" w:after="80"/>
    </w:pPr>
    <w:rPr>
      <w:b/>
      <w:color w:val="1F4E79"/>
    </w:rPr>
  </w:style>
  <w:style w:type="paragraph" w:customStyle="1" w:styleId="Example">
    <w:name w:val="Example"/>
    <w:basedOn w:val="Normal"/>
    <w:pPr>
      <w:spacing w:before="40" w:after="80"/>
      <w:ind w:left="283"/>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4682</Words>
  <Characters>26694</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31314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English-2 Module 9</dc:title>
  <dc:subject>Software Career Communication</dc:subject>
  <dc:creator>EDuman</dc:creator>
  <cp:keywords/>
  <dc:description>Generated for classroom use without answer key.</dc:description>
  <cp:lastModifiedBy>Elvan Duman</cp:lastModifiedBy>
  <cp:revision>6</cp:revision>
  <cp:lastPrinted>2026-06-09T04:00:00Z</cp:lastPrinted>
  <dcterms:created xsi:type="dcterms:W3CDTF">2013-12-23T23:15:00Z</dcterms:created>
  <dcterms:modified xsi:type="dcterms:W3CDTF">2026-06-09T04:00:00Z</dcterms:modified>
  <cp:category/>
</cp:coreProperties>
</file>